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A7E7F" w14:textId="255D20AF" w:rsidR="002F1112" w:rsidRPr="00F159F1" w:rsidRDefault="004342E2">
      <w:pPr>
        <w:spacing w:after="40"/>
        <w:jc w:val="center"/>
        <w:rPr>
          <w:rFonts w:ascii="Arial" w:hAnsi="Arial" w:cs="Arial"/>
          <w:b/>
          <w:color w:val="000000" w:themeColor="text1"/>
          <w:sz w:val="20"/>
        </w:rPr>
      </w:pPr>
      <w:r w:rsidRPr="00F159F1">
        <w:rPr>
          <w:rFonts w:ascii="Arial" w:hAnsi="Arial" w:cs="Arial"/>
          <w:b/>
          <w:color w:val="000000" w:themeColor="text1"/>
          <w:sz w:val="20"/>
        </w:rPr>
        <w:t xml:space="preserve">2026-2027 EĞİTİM ÖĞRETİM YILI </w:t>
      </w:r>
      <w:r w:rsidR="00290883" w:rsidRPr="00F159F1">
        <w:rPr>
          <w:rFonts w:ascii="Arial" w:hAnsi="Arial" w:cs="Arial"/>
          <w:b/>
          <w:color w:val="000000" w:themeColor="text1"/>
          <w:sz w:val="20"/>
        </w:rPr>
        <w:t>ŞEHİT MİKDAT SÜMER</w:t>
      </w:r>
      <w:r w:rsidR="00DF723A" w:rsidRPr="00F159F1">
        <w:rPr>
          <w:rFonts w:ascii="Arial" w:hAnsi="Arial" w:cs="Arial"/>
          <w:b/>
          <w:color w:val="000000" w:themeColor="text1"/>
          <w:sz w:val="20"/>
        </w:rPr>
        <w:t xml:space="preserve"> </w:t>
      </w:r>
      <w:r w:rsidRPr="00F159F1">
        <w:rPr>
          <w:rFonts w:ascii="Arial" w:hAnsi="Arial" w:cs="Arial"/>
          <w:b/>
          <w:color w:val="000000" w:themeColor="text1"/>
          <w:sz w:val="20"/>
        </w:rPr>
        <w:t>ORTAOKUL</w:t>
      </w:r>
      <w:r w:rsidR="00DF723A" w:rsidRPr="00F159F1">
        <w:rPr>
          <w:rFonts w:ascii="Arial" w:hAnsi="Arial" w:cs="Arial"/>
          <w:b/>
          <w:color w:val="000000" w:themeColor="text1"/>
          <w:sz w:val="20"/>
        </w:rPr>
        <w:t xml:space="preserve">U </w:t>
      </w:r>
      <w:r w:rsidRPr="00F159F1">
        <w:rPr>
          <w:rFonts w:ascii="Arial" w:hAnsi="Arial" w:cs="Arial"/>
          <w:b/>
          <w:color w:val="000000" w:themeColor="text1"/>
          <w:sz w:val="20"/>
        </w:rPr>
        <w:t>6. SINIF SOSYAL BİLGİLER DERSİ ÇERÇEVE YILLIK PLANI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005"/>
        <w:gridCol w:w="709"/>
        <w:gridCol w:w="1152"/>
        <w:gridCol w:w="1202"/>
        <w:gridCol w:w="21"/>
        <w:gridCol w:w="1510"/>
        <w:gridCol w:w="1629"/>
        <w:gridCol w:w="24"/>
        <w:gridCol w:w="1255"/>
        <w:gridCol w:w="18"/>
        <w:gridCol w:w="1151"/>
        <w:gridCol w:w="1007"/>
        <w:gridCol w:w="1137"/>
        <w:gridCol w:w="30"/>
        <w:gridCol w:w="990"/>
        <w:gridCol w:w="24"/>
        <w:gridCol w:w="1353"/>
        <w:gridCol w:w="24"/>
        <w:gridCol w:w="1205"/>
        <w:gridCol w:w="18"/>
      </w:tblGrid>
      <w:tr w:rsidR="00C30C87" w14:paraId="364BD790" w14:textId="77777777" w:rsidTr="00290883">
        <w:trPr>
          <w:gridAfter w:val="1"/>
          <w:wAfter w:w="18" w:type="dxa"/>
          <w:trHeight w:val="375"/>
          <w:jc w:val="center"/>
        </w:trPr>
        <w:tc>
          <w:tcPr>
            <w:tcW w:w="2511" w:type="dxa"/>
            <w:gridSpan w:val="3"/>
            <w:shd w:val="clear" w:color="auto" w:fill="EEECE1" w:themeFill="background2"/>
          </w:tcPr>
          <w:p w14:paraId="36E38AD4" w14:textId="77777777" w:rsidR="00C30C87" w:rsidRPr="00F159F1" w:rsidRDefault="00C30C87" w:rsidP="00C30C87">
            <w:pPr>
              <w:spacing w:after="0"/>
              <w:jc w:val="center"/>
              <w:rPr>
                <w:rFonts w:ascii="Arial" w:hAnsi="Arial" w:cs="Arial"/>
                <w:b/>
                <w:sz w:val="14"/>
              </w:rPr>
            </w:pPr>
            <w:r w:rsidRPr="00F159F1">
              <w:rPr>
                <w:rFonts w:ascii="Arial" w:hAnsi="Arial" w:cs="Arial"/>
                <w:b/>
                <w:sz w:val="14"/>
              </w:rPr>
              <w:t>SÜRE</w:t>
            </w:r>
          </w:p>
        </w:tc>
        <w:tc>
          <w:tcPr>
            <w:tcW w:w="2355" w:type="dxa"/>
            <w:gridSpan w:val="2"/>
            <w:shd w:val="clear" w:color="auto" w:fill="EEECE1" w:themeFill="background2"/>
            <w:vAlign w:val="center"/>
          </w:tcPr>
          <w:p w14:paraId="5251C5CD" w14:textId="77777777" w:rsidR="00C30C87" w:rsidRPr="00F159F1" w:rsidRDefault="00C30C87" w:rsidP="00C30C87">
            <w:pPr>
              <w:jc w:val="center"/>
              <w:rPr>
                <w:rFonts w:ascii="Arial" w:hAnsi="Arial" w:cs="Arial"/>
                <w:b/>
                <w:bCs/>
                <w:sz w:val="14"/>
              </w:rPr>
            </w:pPr>
            <w:r w:rsidRPr="00F159F1">
              <w:rPr>
                <w:rFonts w:ascii="Arial" w:hAnsi="Arial" w:cs="Arial"/>
                <w:b/>
                <w:bCs/>
                <w:sz w:val="14"/>
              </w:rPr>
              <w:t>ÜNİTE/TEMA/ÖĞRENME ALANI - İÇERİK ÇERÇEVESİ</w:t>
            </w:r>
          </w:p>
        </w:tc>
        <w:tc>
          <w:tcPr>
            <w:tcW w:w="3165" w:type="dxa"/>
            <w:gridSpan w:val="3"/>
            <w:shd w:val="clear" w:color="auto" w:fill="EEECE1" w:themeFill="background2"/>
            <w:vAlign w:val="center"/>
          </w:tcPr>
          <w:p w14:paraId="261E1AB2" w14:textId="77777777" w:rsidR="00C30C87" w:rsidRPr="00F159F1" w:rsidRDefault="00C30C87" w:rsidP="00C30C87">
            <w:pPr>
              <w:jc w:val="center"/>
              <w:rPr>
                <w:rFonts w:ascii="Arial" w:hAnsi="Arial" w:cs="Arial"/>
                <w:b/>
                <w:bCs/>
                <w:sz w:val="14"/>
              </w:rPr>
            </w:pPr>
            <w:r w:rsidRPr="00F159F1">
              <w:rPr>
                <w:rFonts w:ascii="Arial" w:hAnsi="Arial" w:cs="Arial"/>
                <w:b/>
                <w:bCs/>
                <w:sz w:val="14"/>
              </w:rPr>
              <w:t>ÖĞRENME ÇIKTILARI VE SÜREÇ BİLEŞENLERİ</w:t>
            </w:r>
          </w:p>
        </w:tc>
        <w:tc>
          <w:tcPr>
            <w:tcW w:w="1230" w:type="dxa"/>
            <w:gridSpan w:val="2"/>
            <w:shd w:val="clear" w:color="auto" w:fill="EEECE1" w:themeFill="background2"/>
            <w:vAlign w:val="center"/>
          </w:tcPr>
          <w:p w14:paraId="6BF2F49B" w14:textId="77777777" w:rsidR="00C30C87" w:rsidRPr="00F159F1" w:rsidRDefault="00C30C87" w:rsidP="00C30C87">
            <w:pPr>
              <w:jc w:val="center"/>
              <w:rPr>
                <w:rFonts w:ascii="Arial" w:hAnsi="Arial" w:cs="Arial"/>
                <w:b/>
                <w:bCs/>
                <w:sz w:val="14"/>
              </w:rPr>
            </w:pPr>
            <w:r w:rsidRPr="00F159F1">
              <w:rPr>
                <w:rFonts w:ascii="Arial" w:hAnsi="Arial" w:cs="Arial"/>
                <w:b/>
                <w:bCs/>
                <w:sz w:val="14"/>
              </w:rPr>
              <w:t>ÖĞRENME KANITLARI</w:t>
            </w:r>
          </w:p>
        </w:tc>
        <w:tc>
          <w:tcPr>
            <w:tcW w:w="3315" w:type="dxa"/>
            <w:gridSpan w:val="4"/>
            <w:shd w:val="clear" w:color="auto" w:fill="EEECE1" w:themeFill="background2"/>
            <w:vAlign w:val="center"/>
          </w:tcPr>
          <w:p w14:paraId="629EC542" w14:textId="77777777" w:rsidR="00C30C87" w:rsidRPr="00F159F1" w:rsidRDefault="00C30C87" w:rsidP="00C30C87">
            <w:pPr>
              <w:jc w:val="center"/>
              <w:rPr>
                <w:rFonts w:ascii="Arial" w:hAnsi="Arial" w:cs="Arial"/>
                <w:b/>
                <w:bCs/>
                <w:sz w:val="14"/>
              </w:rPr>
            </w:pPr>
            <w:r w:rsidRPr="00F159F1">
              <w:rPr>
                <w:rFonts w:ascii="Arial" w:hAnsi="Arial" w:cs="Arial"/>
                <w:b/>
                <w:bCs/>
                <w:sz w:val="14"/>
              </w:rPr>
              <w:t>PROGRAMLAR ARASI BİLEŞENLER</w:t>
            </w:r>
          </w:p>
        </w:tc>
        <w:tc>
          <w:tcPr>
            <w:tcW w:w="1005" w:type="dxa"/>
            <w:gridSpan w:val="2"/>
            <w:shd w:val="clear" w:color="auto" w:fill="EEECE1" w:themeFill="background2"/>
            <w:vAlign w:val="center"/>
          </w:tcPr>
          <w:p w14:paraId="00026500" w14:textId="77777777" w:rsidR="00C30C87" w:rsidRPr="00F159F1" w:rsidRDefault="00C30C87" w:rsidP="00C30C87">
            <w:pPr>
              <w:spacing w:after="0"/>
              <w:jc w:val="center"/>
              <w:rPr>
                <w:rFonts w:ascii="Arial" w:hAnsi="Arial" w:cs="Arial"/>
                <w:sz w:val="14"/>
              </w:rPr>
            </w:pPr>
            <w:r w:rsidRPr="00F159F1">
              <w:rPr>
                <w:rFonts w:ascii="Arial" w:hAnsi="Arial" w:cs="Arial"/>
                <w:b/>
                <w:sz w:val="14"/>
              </w:rPr>
              <w:t>BELİRLİ GÜN VE HAFTALAR</w:t>
            </w:r>
          </w:p>
        </w:tc>
        <w:tc>
          <w:tcPr>
            <w:tcW w:w="1290" w:type="dxa"/>
            <w:gridSpan w:val="2"/>
            <w:shd w:val="clear" w:color="auto" w:fill="EEECE1" w:themeFill="background2"/>
            <w:vAlign w:val="center"/>
          </w:tcPr>
          <w:p w14:paraId="76E95350" w14:textId="77777777" w:rsidR="00C30C87" w:rsidRPr="00F159F1" w:rsidRDefault="00C30C87" w:rsidP="00C30C87">
            <w:pPr>
              <w:spacing w:after="0"/>
              <w:jc w:val="center"/>
              <w:rPr>
                <w:rFonts w:ascii="Arial" w:hAnsi="Arial" w:cs="Arial"/>
                <w:sz w:val="14"/>
              </w:rPr>
            </w:pPr>
            <w:r w:rsidRPr="00F159F1">
              <w:rPr>
                <w:rFonts w:ascii="Arial" w:hAnsi="Arial" w:cs="Arial"/>
                <w:b/>
                <w:sz w:val="14"/>
              </w:rPr>
              <w:t>FARKLILAŞTIRMA</w:t>
            </w:r>
          </w:p>
        </w:tc>
        <w:tc>
          <w:tcPr>
            <w:tcW w:w="1230" w:type="dxa"/>
            <w:gridSpan w:val="2"/>
            <w:shd w:val="clear" w:color="auto" w:fill="EEECE1" w:themeFill="background2"/>
            <w:vAlign w:val="center"/>
          </w:tcPr>
          <w:p w14:paraId="702E2B9B" w14:textId="77777777" w:rsidR="00C30C87" w:rsidRPr="00F159F1" w:rsidRDefault="00C30C87" w:rsidP="00C30C87">
            <w:pPr>
              <w:spacing w:after="0"/>
              <w:jc w:val="center"/>
              <w:rPr>
                <w:rFonts w:ascii="Arial" w:hAnsi="Arial" w:cs="Arial"/>
                <w:sz w:val="14"/>
              </w:rPr>
            </w:pPr>
            <w:r w:rsidRPr="00F159F1">
              <w:rPr>
                <w:rFonts w:ascii="Arial" w:hAnsi="Arial" w:cs="Arial"/>
                <w:b/>
                <w:sz w:val="14"/>
              </w:rPr>
              <w:t>OKUL TEMELLİ PLANLAMA</w:t>
            </w:r>
          </w:p>
        </w:tc>
      </w:tr>
      <w:tr w:rsidR="002F1112" w14:paraId="2697C507" w14:textId="77777777" w:rsidTr="0029088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blHeader/>
          <w:jc w:val="center"/>
        </w:trPr>
        <w:tc>
          <w:tcPr>
            <w:tcW w:w="792" w:type="dxa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16998BB4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AY</w:t>
            </w:r>
          </w:p>
        </w:tc>
        <w:tc>
          <w:tcPr>
            <w:tcW w:w="1008" w:type="dxa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1B912A72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HAFTA</w:t>
            </w:r>
          </w:p>
        </w:tc>
        <w:tc>
          <w:tcPr>
            <w:tcW w:w="711" w:type="dxa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2B1617C7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SAAT</w:t>
            </w:r>
          </w:p>
        </w:tc>
        <w:tc>
          <w:tcPr>
            <w:tcW w:w="1152" w:type="dxa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099B0842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ÖĞRENME ALANI</w:t>
            </w:r>
          </w:p>
        </w:tc>
        <w:tc>
          <w:tcPr>
            <w:tcW w:w="1224" w:type="dxa"/>
            <w:gridSpan w:val="2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1B989316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İÇERİK ÇERÇEVESİ</w:t>
            </w:r>
          </w:p>
        </w:tc>
        <w:tc>
          <w:tcPr>
            <w:tcW w:w="1512" w:type="dxa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474F74EE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ÖĞRENME ÇIKTILARI</w:t>
            </w:r>
          </w:p>
        </w:tc>
        <w:tc>
          <w:tcPr>
            <w:tcW w:w="1656" w:type="dxa"/>
            <w:gridSpan w:val="2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4E45A24E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SÜREÇ BİLEŞENLERİ</w:t>
            </w:r>
          </w:p>
        </w:tc>
        <w:tc>
          <w:tcPr>
            <w:tcW w:w="1224" w:type="dxa"/>
            <w:gridSpan w:val="2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60706DFD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ÖLÇME VE DEĞERLENDİRME</w:t>
            </w:r>
          </w:p>
        </w:tc>
        <w:tc>
          <w:tcPr>
            <w:tcW w:w="1152" w:type="dxa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54387314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SOSYAL-DUYGUSAL BECERİLER</w:t>
            </w:r>
          </w:p>
        </w:tc>
        <w:tc>
          <w:tcPr>
            <w:tcW w:w="1008" w:type="dxa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14A39CE3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DEĞERLER</w:t>
            </w:r>
          </w:p>
        </w:tc>
        <w:tc>
          <w:tcPr>
            <w:tcW w:w="1152" w:type="dxa"/>
            <w:gridSpan w:val="2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63C6630A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OKURYAZARLIK BECERİLERİ</w:t>
            </w:r>
          </w:p>
        </w:tc>
        <w:tc>
          <w:tcPr>
            <w:tcW w:w="1008" w:type="dxa"/>
            <w:gridSpan w:val="2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4CD267C6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BELİRLİ GÜN VE HAFTALAR</w:t>
            </w:r>
          </w:p>
        </w:tc>
        <w:tc>
          <w:tcPr>
            <w:tcW w:w="1296" w:type="dxa"/>
            <w:gridSpan w:val="2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3EE3FB69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FARKLILAŞTIRMA</w:t>
            </w:r>
          </w:p>
        </w:tc>
        <w:tc>
          <w:tcPr>
            <w:tcW w:w="1224" w:type="dxa"/>
            <w:gridSpan w:val="2"/>
            <w:shd w:val="clear" w:color="auto" w:fill="FFFFFF" w:themeFill="background1"/>
            <w:tcMar>
              <w:top w:w="40" w:type="dxa"/>
              <w:left w:w="20" w:type="dxa"/>
              <w:bottom w:w="40" w:type="dxa"/>
              <w:right w:w="20" w:type="dxa"/>
            </w:tcMar>
            <w:vAlign w:val="center"/>
          </w:tcPr>
          <w:p w14:paraId="4B30B4E0" w14:textId="77777777" w:rsidR="002F1112" w:rsidRPr="00290883" w:rsidRDefault="004342E2" w:rsidP="000920F2">
            <w:pPr>
              <w:spacing w:after="0"/>
              <w:jc w:val="center"/>
              <w:rPr>
                <w:rFonts w:ascii="Arial" w:hAnsi="Arial" w:cs="Arial"/>
                <w:color w:val="000000" w:themeColor="text1"/>
              </w:rPr>
            </w:pPr>
            <w:r w:rsidRPr="00290883">
              <w:rPr>
                <w:rFonts w:ascii="Arial" w:hAnsi="Arial" w:cs="Arial"/>
                <w:b/>
                <w:color w:val="000000" w:themeColor="text1"/>
                <w:sz w:val="14"/>
              </w:rPr>
              <w:t>OKUL TEMELLİ PLANLAMA</w:t>
            </w:r>
          </w:p>
        </w:tc>
      </w:tr>
      <w:tr w:rsidR="00DD3645" w:rsidRPr="00754CFB" w14:paraId="0F600A4C" w14:textId="77777777" w:rsidTr="00DD364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250"/>
          <w:jc w:val="center"/>
        </w:trPr>
        <w:tc>
          <w:tcPr>
            <w:tcW w:w="792" w:type="dxa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76E543E" w14:textId="77777777" w:rsidR="00DD3645" w:rsidRPr="00754CFB" w:rsidRDefault="00DD3645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EYLÜL</w:t>
            </w:r>
          </w:p>
        </w:tc>
        <w:tc>
          <w:tcPr>
            <w:tcW w:w="1008" w:type="dxa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EA298ED" w14:textId="77777777" w:rsidR="00DD3645" w:rsidRPr="00754CFB" w:rsidRDefault="00DD3645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14-18 Eylül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ED1A419" w14:textId="77777777" w:rsidR="00DD3645" w:rsidRPr="00754CFB" w:rsidRDefault="00DD3645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2+1*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B91316A" w14:textId="77777777" w:rsidR="00DD3645" w:rsidRPr="00754CFB" w:rsidRDefault="00DD3645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BİRLİKTE YAŞAMAK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C21A3A5" w14:textId="77777777" w:rsidR="00DD3645" w:rsidRPr="00754CFB" w:rsidRDefault="00DD364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Zaman İçinde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Roller</w:t>
            </w:r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8FDF9C" w14:textId="77777777" w:rsidR="00DD3645" w:rsidRPr="00754CFB" w:rsidRDefault="00DD364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SB.6.1.1. </w:t>
            </w:r>
            <w:proofErr w:type="spellStart"/>
            <w:r w:rsidRPr="00754CFB">
              <w:rPr>
                <w:rFonts w:ascii="Calibri" w:hAnsi="Calibri"/>
                <w:sz w:val="12"/>
              </w:rPr>
              <w:t>Dâhil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olduğu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zaman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içerisinde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değişebile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ceğine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7824873" w14:textId="77777777" w:rsidR="00DD3645" w:rsidRPr="00754CFB" w:rsidRDefault="00DD364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Dâhil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olduğu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zaman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içerisinde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değişebileceği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  <w:t xml:space="preserve">ne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varsayımda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bulunur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Farklı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Farklı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karşılaştırır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  <w:t xml:space="preserve">ç)   </w:t>
            </w:r>
            <w:proofErr w:type="spellStart"/>
            <w:r w:rsidRPr="00754CFB">
              <w:rPr>
                <w:rFonts w:ascii="Calibri" w:hAnsi="Calibri"/>
                <w:sz w:val="12"/>
              </w:rPr>
              <w:t>Gelecekte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dâhil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olabileceği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roller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ilgili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önermede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Dâhil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olduğu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zaman içinde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değişebileceğini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C224962" w14:textId="77777777" w:rsidR="00DD3645" w:rsidRPr="00754CFB" w:rsidRDefault="00DD3645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Karşılaştırma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tablosu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Balık </w:t>
            </w:r>
            <w:proofErr w:type="spellStart"/>
            <w:r w:rsidRPr="00754CFB">
              <w:rPr>
                <w:rFonts w:ascii="Calibri" w:hAnsi="Calibri"/>
                <w:sz w:val="12"/>
              </w:rPr>
              <w:t>kılçığı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Açık </w:t>
            </w:r>
            <w:proofErr w:type="spellStart"/>
            <w:r w:rsidRPr="00754CFB">
              <w:rPr>
                <w:rFonts w:ascii="Calibri" w:hAnsi="Calibri"/>
                <w:sz w:val="12"/>
              </w:rPr>
              <w:t>uçlu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oluşan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çalışma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yaprakları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görevleri</w:t>
            </w:r>
            <w:proofErr w:type="spellEnd"/>
          </w:p>
        </w:tc>
        <w:tc>
          <w:tcPr>
            <w:tcW w:w="1152" w:type="dxa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A65F3C5" w14:textId="77777777" w:rsidR="00DD3645" w:rsidRPr="00754CFB" w:rsidRDefault="00DD364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 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4584C3" w14:textId="77777777" w:rsidR="00DD3645" w:rsidRPr="00754CFB" w:rsidRDefault="00DD364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D2. Aile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Bütünlüğü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D5. </w:t>
            </w:r>
            <w:proofErr w:type="spellStart"/>
            <w:r w:rsidRPr="00754CFB">
              <w:rPr>
                <w:rFonts w:ascii="Calibri" w:hAnsi="Calibri"/>
                <w:sz w:val="12"/>
              </w:rPr>
              <w:t>Duyarlılık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D16.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030F86" w14:textId="77777777" w:rsidR="00DD3645" w:rsidRPr="00754CFB" w:rsidRDefault="00DD364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</w:t>
            </w:r>
            <w:r w:rsidRPr="00754CFB">
              <w:rPr>
                <w:rFonts w:ascii="Calibri" w:hAnsi="Calibri"/>
                <w:sz w:val="12"/>
              </w:rPr>
              <w:br/>
              <w:t xml:space="preserve">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</w:t>
            </w:r>
            <w:r w:rsidRPr="00754CFB">
              <w:rPr>
                <w:rFonts w:ascii="Calibri" w:hAnsi="Calibri"/>
                <w:sz w:val="12"/>
              </w:rPr>
              <w:br/>
              <w:t xml:space="preserve">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7743A0" w14:textId="77777777" w:rsidR="00DD3645" w:rsidRPr="00754CFB" w:rsidRDefault="00DD3645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6A1097" w14:textId="77777777" w:rsidR="00DD3645" w:rsidRPr="00754CFB" w:rsidRDefault="00DD364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FARKLILAŞTIRMA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Öğrencilerin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ilgi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ihtiyaç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istekleri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önünde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bulundurularak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öğretmenler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tarafından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hazır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bulunuşluk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öğrenme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hızı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öğrenme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profillerine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gruplandırma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yapılarak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;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süreç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öğrenme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ortamı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boyutlarında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uyarlamalar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geliştirilerek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; </w:t>
            </w:r>
            <w:proofErr w:type="spellStart"/>
            <w:r w:rsidRPr="00754CFB">
              <w:rPr>
                <w:rFonts w:ascii="Calibri" w:hAnsi="Calibri"/>
                <w:sz w:val="12"/>
              </w:rPr>
              <w:t>esnek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yöntem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;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süreç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içinde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sürekli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geliştirici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</w:t>
            </w:r>
            <w:proofErr w:type="spellStart"/>
            <w:r w:rsidRPr="00754CFB">
              <w:rPr>
                <w:rFonts w:ascii="Calibri" w:hAnsi="Calibri"/>
                <w:sz w:val="12"/>
              </w:rPr>
              <w:t>biçimlendirici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)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değerlendirmelerle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izlenip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gerekli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düzenlemeler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yapılarak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planlanır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yürütülür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40B44EE" w14:textId="77777777" w:rsidR="00DD3645" w:rsidRPr="00754CFB" w:rsidRDefault="00DD364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OKUL TEMELLİ PLANLAMA</w:t>
            </w:r>
            <w:r w:rsidRPr="00754CFB">
              <w:rPr>
                <w:rFonts w:ascii="Calibri" w:hAnsi="Calibri"/>
                <w:sz w:val="12"/>
              </w:rPr>
              <w:br/>
              <w:t xml:space="preserve">Zümre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öğretmenler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tarafından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kapsamında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yapılması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kararlaştırılan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dışı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öğrenme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etkinlikleri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; </w:t>
            </w:r>
            <w:proofErr w:type="spellStart"/>
            <w:r w:rsidRPr="00754CFB">
              <w:rPr>
                <w:rFonts w:ascii="Calibri" w:hAnsi="Calibri"/>
                <w:sz w:val="12"/>
              </w:rPr>
              <w:t>yerel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çalışmalar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etkinlikler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proje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çalışmaları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araştırma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gibi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çalışmalar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ayrılan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süredir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Söz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konusu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çalışmalar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ayrılan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eğitim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yılı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içinde planlanır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yıllık planlarda ifade edilir. </w:t>
            </w:r>
            <w:proofErr w:type="spellStart"/>
            <w:r w:rsidRPr="00754CFB">
              <w:rPr>
                <w:rFonts w:ascii="Calibri" w:hAnsi="Calibri"/>
                <w:sz w:val="12"/>
              </w:rPr>
              <w:t>Eğitim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yılı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başında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yapılması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kararlaştırılan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çalışmalar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; </w:t>
            </w:r>
            <w:proofErr w:type="spellStart"/>
            <w:r w:rsidRPr="00754CFB">
              <w:rPr>
                <w:rFonts w:ascii="Calibri" w:hAnsi="Calibri"/>
                <w:sz w:val="12"/>
              </w:rPr>
              <w:t>okulun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öğrencinin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ihtiyaçları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dikkate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alınarak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yıl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içerisinde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güncellenebilir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Bu </w:t>
            </w:r>
            <w:proofErr w:type="spellStart"/>
            <w:r w:rsidRPr="00754CFB">
              <w:rPr>
                <w:rFonts w:ascii="Calibri" w:hAnsi="Calibri"/>
                <w:sz w:val="12"/>
              </w:rPr>
              <w:t>planlamalar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kapsamında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yürütülecek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;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öğrenci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katılımını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desteklemeli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yaparak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yaşayarak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öğrenmeye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olanak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tanımalı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öğrencinin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bütüncül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gelişimine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hizmet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etmelidir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                                                                                   </w:t>
            </w:r>
            <w:r w:rsidRPr="00754CFB">
              <w:rPr>
                <w:rFonts w:ascii="Calibri" w:hAnsi="Calibri"/>
                <w:sz w:val="12"/>
              </w:rPr>
              <w:br/>
              <w:t xml:space="preserve">   *Bu </w:t>
            </w:r>
            <w:proofErr w:type="spellStart"/>
            <w:r w:rsidRPr="00754CFB">
              <w:rPr>
                <w:rFonts w:ascii="Calibri" w:hAnsi="Calibri"/>
                <w:sz w:val="12"/>
              </w:rPr>
              <w:t>çerçeve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planda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belirtilen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planlama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örnek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sunulmuştur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proofErr w:type="spellStart"/>
            <w:r w:rsidRPr="00754CFB">
              <w:rPr>
                <w:rFonts w:ascii="Calibri" w:hAnsi="Calibri"/>
                <w:sz w:val="12"/>
              </w:rPr>
              <w:t>Planlama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zümre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öğretmenler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kurulunda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alınan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 </w:t>
            </w:r>
            <w:proofErr w:type="spellStart"/>
            <w:r w:rsidRPr="00754CFB">
              <w:rPr>
                <w:rFonts w:ascii="Calibri" w:hAnsi="Calibri"/>
                <w:sz w:val="12"/>
              </w:rPr>
              <w:t>okul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koşulları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önünde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bulundurularak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yapılmalıdır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</w:tr>
      <w:tr w:rsidR="00DD3645" w:rsidRPr="00754CFB" w14:paraId="62950700" w14:textId="77777777" w:rsidTr="00DD364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10"/>
          <w:jc w:val="center"/>
        </w:trPr>
        <w:tc>
          <w:tcPr>
            <w:tcW w:w="792" w:type="dxa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77C30C" w14:textId="77777777" w:rsidR="00DD3645" w:rsidRPr="00754CFB" w:rsidRDefault="00DD3645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</w:p>
        </w:tc>
        <w:tc>
          <w:tcPr>
            <w:tcW w:w="1008" w:type="dxa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782A176" w14:textId="77777777" w:rsidR="00DD3645" w:rsidRPr="00754CFB" w:rsidRDefault="00DD3645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</w:p>
        </w:tc>
        <w:tc>
          <w:tcPr>
            <w:tcW w:w="711" w:type="dxa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97920AE" w14:textId="77777777" w:rsidR="00DD3645" w:rsidRPr="00754CFB" w:rsidRDefault="00DD3645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>
              <w:rPr>
                <w:rFonts w:ascii="Calibri" w:hAnsi="Calibri"/>
                <w:sz w:val="12"/>
              </w:rPr>
              <w:t>1*</w:t>
            </w:r>
          </w:p>
        </w:tc>
        <w:tc>
          <w:tcPr>
            <w:tcW w:w="5544" w:type="dxa"/>
            <w:gridSpan w:val="6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6E793F1" w14:textId="77777777" w:rsidR="00DD3645" w:rsidRPr="00754CFB" w:rsidRDefault="00DD3645" w:rsidP="00DD3645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 w:rsidRPr="00DD3645">
              <w:rPr>
                <w:rFonts w:ascii="Calibri" w:hAnsi="Calibri"/>
                <w:b/>
                <w:sz w:val="12"/>
              </w:rPr>
              <w:t>* OKUL TEMELLİ PLANLAMA</w:t>
            </w:r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Öğrenciler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ailelerindeki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mesleklerin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ve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rollerin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geçmişten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bugüne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değişimini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araştırıp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sergiler</w:t>
            </w:r>
            <w:proofErr w:type="spellEnd"/>
            <w:r w:rsidRPr="00DD3645">
              <w:rPr>
                <w:rFonts w:ascii="Calibri" w:hAnsi="Calibri"/>
                <w:sz w:val="12"/>
              </w:rPr>
              <w:t>.</w:t>
            </w:r>
            <w:r>
              <w:rPr>
                <w:rFonts w:ascii="Calibri" w:hAnsi="Calibri"/>
                <w:sz w:val="12"/>
              </w:rPr>
              <w:t xml:space="preserve"> </w:t>
            </w:r>
            <w:r w:rsidRPr="00DD3645">
              <w:rPr>
                <w:rFonts w:ascii="Calibri" w:hAnsi="Calibri"/>
                <w:sz w:val="12"/>
              </w:rPr>
              <w:t>(</w:t>
            </w:r>
            <w:proofErr w:type="spellStart"/>
            <w:r w:rsidRPr="00DD3645">
              <w:rPr>
                <w:rFonts w:ascii="Calibri" w:hAnsi="Calibri"/>
                <w:sz w:val="12"/>
              </w:rPr>
              <w:t>Benim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Ailem-Geçmiş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ve</w:t>
            </w:r>
            <w:proofErr w:type="spellEnd"/>
            <w:r w:rsidRPr="00DD364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DD3645">
              <w:rPr>
                <w:rFonts w:ascii="Calibri" w:hAnsi="Calibri"/>
                <w:sz w:val="12"/>
              </w:rPr>
              <w:t>Bugün</w:t>
            </w:r>
            <w:proofErr w:type="spellEnd"/>
            <w:r w:rsidRPr="00DD3645">
              <w:rPr>
                <w:rFonts w:ascii="Calibri" w:hAnsi="Calibri"/>
                <w:sz w:val="12"/>
              </w:rPr>
              <w:t>)</w:t>
            </w:r>
          </w:p>
        </w:tc>
        <w:tc>
          <w:tcPr>
            <w:tcW w:w="1224" w:type="dxa"/>
            <w:gridSpan w:val="2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D23717F" w14:textId="77777777" w:rsidR="00DD3645" w:rsidRPr="00754CFB" w:rsidRDefault="00DD3645" w:rsidP="000920F2">
            <w:pPr>
              <w:spacing w:after="0" w:line="240" w:lineRule="auto"/>
              <w:rPr>
                <w:rFonts w:ascii="Calibri" w:hAnsi="Calibri"/>
                <w:sz w:val="12"/>
              </w:rPr>
            </w:pPr>
          </w:p>
        </w:tc>
        <w:tc>
          <w:tcPr>
            <w:tcW w:w="1152" w:type="dxa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3C5F306" w14:textId="77777777" w:rsidR="00DD3645" w:rsidRPr="00754CFB" w:rsidRDefault="00DD3645" w:rsidP="000920F2">
            <w:pPr>
              <w:spacing w:after="0" w:line="240" w:lineRule="auto"/>
              <w:rPr>
                <w:rFonts w:ascii="Calibri" w:hAnsi="Calibri"/>
                <w:sz w:val="12"/>
              </w:rPr>
            </w:pPr>
          </w:p>
        </w:tc>
        <w:tc>
          <w:tcPr>
            <w:tcW w:w="1008" w:type="dxa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C08F782" w14:textId="77777777" w:rsidR="00DD3645" w:rsidRPr="00754CFB" w:rsidRDefault="00DD3645" w:rsidP="000920F2">
            <w:pPr>
              <w:spacing w:after="0" w:line="240" w:lineRule="auto"/>
              <w:rPr>
                <w:rFonts w:ascii="Calibri" w:hAnsi="Calibri"/>
                <w:sz w:val="12"/>
              </w:rPr>
            </w:pPr>
          </w:p>
        </w:tc>
        <w:tc>
          <w:tcPr>
            <w:tcW w:w="1152" w:type="dxa"/>
            <w:gridSpan w:val="2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0C1743" w14:textId="77777777" w:rsidR="00DD3645" w:rsidRPr="00754CFB" w:rsidRDefault="00DD3645" w:rsidP="000920F2">
            <w:pPr>
              <w:spacing w:after="0" w:line="240" w:lineRule="auto"/>
              <w:rPr>
                <w:rFonts w:ascii="Calibri" w:hAnsi="Calibri"/>
                <w:sz w:val="12"/>
              </w:rPr>
            </w:pPr>
          </w:p>
        </w:tc>
        <w:tc>
          <w:tcPr>
            <w:tcW w:w="1008" w:type="dxa"/>
            <w:gridSpan w:val="2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DE5216E" w14:textId="77777777" w:rsidR="00DD3645" w:rsidRPr="00754CFB" w:rsidRDefault="00DD3645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A406CBA" w14:textId="77777777" w:rsidR="00DD3645" w:rsidRPr="00754CFB" w:rsidRDefault="00DD3645" w:rsidP="000920F2">
            <w:pPr>
              <w:spacing w:after="0" w:line="240" w:lineRule="auto"/>
              <w:rPr>
                <w:rFonts w:ascii="Calibri" w:hAnsi="Calibri"/>
                <w:sz w:val="12"/>
              </w:rPr>
            </w:pPr>
          </w:p>
        </w:tc>
        <w:tc>
          <w:tcPr>
            <w:tcW w:w="1224" w:type="dxa"/>
            <w:gridSpan w:val="2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97E766" w14:textId="77777777" w:rsidR="00DD3645" w:rsidRPr="00754CFB" w:rsidRDefault="00DD3645" w:rsidP="000920F2">
            <w:pPr>
              <w:spacing w:after="0" w:line="240" w:lineRule="auto"/>
              <w:rPr>
                <w:rFonts w:ascii="Calibri" w:hAnsi="Calibri"/>
                <w:sz w:val="12"/>
              </w:rPr>
            </w:pPr>
          </w:p>
        </w:tc>
      </w:tr>
      <w:tr w:rsidR="003020B8" w:rsidRPr="00754CFB" w14:paraId="26ABE167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3A67C4" w14:textId="77777777" w:rsidR="003020B8" w:rsidRPr="00754CFB" w:rsidRDefault="003020B8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EYLÜL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DAB78BB" w14:textId="77777777" w:rsidR="003020B8" w:rsidRPr="00754CFB" w:rsidRDefault="003020B8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21-25 Eylül</w:t>
            </w:r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43966B" w14:textId="77777777" w:rsidR="003020B8" w:rsidRPr="00754CFB" w:rsidRDefault="003020B8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9EE63B5" w14:textId="77777777" w:rsidR="003020B8" w:rsidRPr="00754CFB" w:rsidRDefault="003020B8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BİRLİKTE YAŞAMAK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973F29E" w14:textId="77777777" w:rsidR="003020B8" w:rsidRPr="00754CFB" w:rsidRDefault="00FA027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Zaman İçinde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Roller</w:t>
            </w:r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02F6566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SB.6.1.1. </w:t>
            </w:r>
            <w:proofErr w:type="spellStart"/>
            <w:r w:rsidRPr="00754CFB">
              <w:rPr>
                <w:rFonts w:ascii="Calibri" w:hAnsi="Calibri"/>
                <w:sz w:val="12"/>
              </w:rPr>
              <w:t>Dâhil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olduğu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zaman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içerisinde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değişebile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ceğine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551D745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Dâhil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olduğu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zaman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içerisinde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değişebileceği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  <w:t xml:space="preserve">ne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varsayımda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bulunur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Farklı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Farklı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karşılaştırır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  <w:t xml:space="preserve">ç)   </w:t>
            </w:r>
            <w:proofErr w:type="spellStart"/>
            <w:r w:rsidRPr="00754CFB">
              <w:rPr>
                <w:rFonts w:ascii="Calibri" w:hAnsi="Calibri"/>
                <w:sz w:val="12"/>
              </w:rPr>
              <w:t>Gelecekte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dâhil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olabileceği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roller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ilgili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önermede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Dâhil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olduğu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gruplardaki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zaman içinde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değişebileceğini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FBC240A" w14:textId="77777777" w:rsidR="003020B8" w:rsidRPr="00754CFB" w:rsidRDefault="003020B8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Karşılaştırma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tablosu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Balık </w:t>
            </w:r>
            <w:proofErr w:type="spellStart"/>
            <w:r w:rsidRPr="00754CFB">
              <w:rPr>
                <w:rFonts w:ascii="Calibri" w:hAnsi="Calibri"/>
                <w:sz w:val="12"/>
              </w:rPr>
              <w:t>kılçığı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Açık </w:t>
            </w:r>
            <w:proofErr w:type="spellStart"/>
            <w:r w:rsidRPr="00754CFB">
              <w:rPr>
                <w:rFonts w:ascii="Calibri" w:hAnsi="Calibri"/>
                <w:sz w:val="12"/>
              </w:rPr>
              <w:t>uçlu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oluşan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çalışma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yaprakları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görevleri</w:t>
            </w:r>
            <w:proofErr w:type="spellEnd"/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BF99C0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 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7A6059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D2. Aile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Bütünlüğü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D5. </w:t>
            </w:r>
            <w:proofErr w:type="spellStart"/>
            <w:r w:rsidRPr="00754CFB">
              <w:rPr>
                <w:rFonts w:ascii="Calibri" w:hAnsi="Calibri"/>
                <w:sz w:val="12"/>
              </w:rPr>
              <w:t>Duyarlılık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D16.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CF0B14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</w:t>
            </w:r>
            <w:r w:rsidRPr="00754CFB">
              <w:rPr>
                <w:rFonts w:ascii="Calibri" w:hAnsi="Calibri"/>
                <w:sz w:val="12"/>
              </w:rPr>
              <w:br/>
              <w:t xml:space="preserve">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</w:t>
            </w:r>
            <w:r w:rsidRPr="00754CFB">
              <w:rPr>
                <w:rFonts w:ascii="Calibri" w:hAnsi="Calibri"/>
                <w:sz w:val="12"/>
              </w:rPr>
              <w:br/>
              <w:t xml:space="preserve">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E8C273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15 </w:t>
            </w:r>
            <w:proofErr w:type="spellStart"/>
            <w:r w:rsidRPr="00754CFB">
              <w:rPr>
                <w:rFonts w:ascii="Calibri" w:hAnsi="Calibri"/>
                <w:sz w:val="12"/>
              </w:rPr>
              <w:t>Temmuz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Demokrasi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Millî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Birlik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</w:t>
            </w:r>
            <w:proofErr w:type="spellEnd"/>
          </w:p>
        </w:tc>
        <w:tc>
          <w:tcPr>
            <w:tcW w:w="1296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6789ADB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BD99EBF" w14:textId="77777777" w:rsidR="003020B8" w:rsidRPr="00754CFB" w:rsidRDefault="003020B8" w:rsidP="000920F2">
            <w:pPr>
              <w:spacing w:after="0" w:line="240" w:lineRule="auto"/>
            </w:pPr>
          </w:p>
        </w:tc>
      </w:tr>
      <w:tr w:rsidR="000D1601" w:rsidRPr="00754CFB" w14:paraId="7A8D9CF7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AF2E1FE" w14:textId="77777777" w:rsidR="000D1601" w:rsidRPr="00754CFB" w:rsidRDefault="000D1601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EYLÜL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2D4A23E" w14:textId="77777777" w:rsidR="000D1601" w:rsidRPr="00754CFB" w:rsidRDefault="000D1601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3.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28 Eylül-2 </w:t>
            </w:r>
            <w:proofErr w:type="spellStart"/>
            <w:r w:rsidRPr="00754CFB">
              <w:rPr>
                <w:rFonts w:ascii="Calibri" w:hAnsi="Calibri"/>
                <w:sz w:val="12"/>
              </w:rPr>
              <w:t>Ekim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60FD9C" w14:textId="77777777" w:rsidR="000D1601" w:rsidRPr="00754CFB" w:rsidRDefault="000D1601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DEE48C1" w14:textId="77777777" w:rsidR="000D1601" w:rsidRPr="00754CFB" w:rsidRDefault="000D1601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BİRLİKTE YAŞAMAK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69C9FE" w14:textId="77777777" w:rsidR="000D1601" w:rsidRPr="00754CFB" w:rsidRDefault="000D1601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Bağlarımızın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Millî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Değerlerimizin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Birlikteliğe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A76B964" w14:textId="77777777" w:rsidR="000D1601" w:rsidRPr="00754CFB" w:rsidRDefault="000D1601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SB.6.1.2.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bağlarımızın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millî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değerlerimizin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birliğe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yorumlayabilme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7B2F9EE" w14:textId="77777777" w:rsidR="000D1601" w:rsidRPr="00754CFB" w:rsidRDefault="000D1601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 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bağlarımızın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millî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değerlerimizin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birliğe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inceler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  <w:t xml:space="preserve">b)  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bağlarımızın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millî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değerlerimizin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birliğe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edindiği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bilgileri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bağlamdan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kopmadan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dönüştürür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  <w:t xml:space="preserve">c)  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bağlarımızın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millî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değerlerimizin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birliğe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nesnel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anlamı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değiştirmeyecek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şekilde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yeniden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ifade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82B200A" w14:textId="77777777" w:rsidR="000D1601" w:rsidRPr="00754CFB" w:rsidRDefault="000D1601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Karşılaştırma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tablosu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Balık </w:t>
            </w:r>
            <w:proofErr w:type="spellStart"/>
            <w:r w:rsidRPr="00754CFB">
              <w:rPr>
                <w:rFonts w:ascii="Calibri" w:hAnsi="Calibri"/>
                <w:sz w:val="12"/>
              </w:rPr>
              <w:t>kılçığı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Açık </w:t>
            </w:r>
            <w:proofErr w:type="spellStart"/>
            <w:r w:rsidRPr="00754CFB">
              <w:rPr>
                <w:rFonts w:ascii="Calibri" w:hAnsi="Calibri"/>
                <w:sz w:val="12"/>
              </w:rPr>
              <w:t>uçlu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oluşan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çalışma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yaprakları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görevleri</w:t>
            </w:r>
            <w:proofErr w:type="spellEnd"/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78EDC9" w14:textId="77777777" w:rsidR="000D1601" w:rsidRPr="00754CFB" w:rsidRDefault="000D1601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 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F46FCCE" w14:textId="77777777" w:rsidR="000D1601" w:rsidRPr="00754CFB" w:rsidRDefault="000D1601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D2. Aile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Bütünlüğü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D5. </w:t>
            </w:r>
            <w:proofErr w:type="spellStart"/>
            <w:r w:rsidRPr="00754CFB">
              <w:rPr>
                <w:rFonts w:ascii="Calibri" w:hAnsi="Calibri"/>
                <w:sz w:val="12"/>
              </w:rPr>
              <w:t>Duyarlılık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D16.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5D3AEE" w14:textId="77777777" w:rsidR="000D1601" w:rsidRPr="00754CFB" w:rsidRDefault="000D1601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</w:t>
            </w:r>
            <w:r w:rsidRPr="00754CFB">
              <w:rPr>
                <w:rFonts w:ascii="Calibri" w:hAnsi="Calibri"/>
                <w:sz w:val="12"/>
              </w:rPr>
              <w:br/>
              <w:t xml:space="preserve">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</w:t>
            </w:r>
            <w:r w:rsidRPr="00754CFB">
              <w:rPr>
                <w:rFonts w:ascii="Calibri" w:hAnsi="Calibri"/>
                <w:sz w:val="12"/>
              </w:rPr>
              <w:br/>
              <w:t xml:space="preserve">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AAC356" w14:textId="77777777" w:rsidR="000D1601" w:rsidRPr="00754CFB" w:rsidRDefault="000D1601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2146BEB" w14:textId="77777777" w:rsidR="000D1601" w:rsidRPr="00754CFB" w:rsidRDefault="000D1601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47D009E" w14:textId="77777777" w:rsidR="000D1601" w:rsidRPr="00754CFB" w:rsidRDefault="000D1601" w:rsidP="000920F2">
            <w:pPr>
              <w:spacing w:after="0" w:line="240" w:lineRule="auto"/>
            </w:pPr>
          </w:p>
        </w:tc>
      </w:tr>
      <w:tr w:rsidR="000D1601" w:rsidRPr="00754CFB" w14:paraId="092B84A3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CB9B68" w14:textId="77777777" w:rsidR="000D1601" w:rsidRPr="00754CFB" w:rsidRDefault="000D1601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EKİM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159902" w14:textId="77777777" w:rsidR="000D1601" w:rsidRPr="00754CFB" w:rsidRDefault="000D1601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4.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5-9 </w:t>
            </w:r>
            <w:proofErr w:type="spellStart"/>
            <w:r w:rsidRPr="00754CFB">
              <w:rPr>
                <w:rFonts w:ascii="Calibri" w:hAnsi="Calibri"/>
                <w:sz w:val="12"/>
              </w:rPr>
              <w:t>Ekim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A9BAC5B" w14:textId="77777777" w:rsidR="000D1601" w:rsidRPr="00754CFB" w:rsidRDefault="000D1601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12FF59A" w14:textId="77777777" w:rsidR="000D1601" w:rsidRPr="00754CFB" w:rsidRDefault="000D1601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BİRLİKTE YAŞAMAK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7EDE6EB" w14:textId="77777777" w:rsidR="000D1601" w:rsidRPr="00754CFB" w:rsidRDefault="000D1601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C09445" w14:textId="77777777" w:rsidR="000D1601" w:rsidRPr="00754CFB" w:rsidRDefault="000D1601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SB.6.1.3.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müzakere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edebilme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04FF2C" w14:textId="77777777" w:rsidR="000D1601" w:rsidRPr="00754CFB" w:rsidRDefault="000D1601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fark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nedenlerine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</w:rPr>
              <w:t>yönelik</w:t>
            </w:r>
            <w:proofErr w:type="spellEnd"/>
            <w:r>
              <w:rPr>
                <w:rFonts w:ascii="Calibri" w:hAnsi="Calibri"/>
                <w:sz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</w:rPr>
              <w:t>farklı</w:t>
            </w:r>
            <w:proofErr w:type="spellEnd"/>
            <w:r>
              <w:rPr>
                <w:rFonts w:ascii="Calibri" w:hAnsi="Calibri"/>
                <w:sz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</w:rPr>
              <w:t>bakış</w:t>
            </w:r>
            <w:proofErr w:type="spellEnd"/>
            <w:r>
              <w:rPr>
                <w:rFonts w:ascii="Calibri" w:hAnsi="Calibri"/>
                <w:sz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</w:rPr>
              <w:t>açılarını</w:t>
            </w:r>
            <w:proofErr w:type="spellEnd"/>
            <w:r>
              <w:rPr>
                <w:rFonts w:ascii="Calibri" w:hAnsi="Calibri"/>
                <w:sz w:val="12"/>
              </w:rPr>
              <w:t xml:space="preserve"> 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karşılaştırır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geliştirir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 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farklı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görüş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düşünceleri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dikkate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savunur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BE083D" w14:textId="77777777" w:rsidR="000D1601" w:rsidRPr="00754CFB" w:rsidRDefault="000D1601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24ECA0D" w14:textId="77777777" w:rsidR="000D1601" w:rsidRPr="00754CFB" w:rsidRDefault="000D1601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3AA2FEA" w14:textId="77777777" w:rsidR="000D1601" w:rsidRPr="00754CFB" w:rsidRDefault="000D1601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FCD9A8" w14:textId="77777777" w:rsidR="000D1601" w:rsidRPr="00754CFB" w:rsidRDefault="000D1601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936DDF8" w14:textId="77777777" w:rsidR="000D1601" w:rsidRPr="00754CFB" w:rsidRDefault="000D1601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8EE4810" w14:textId="77777777" w:rsidR="000D1601" w:rsidRPr="00754CFB" w:rsidRDefault="000D1601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84F66E7" w14:textId="77777777" w:rsidR="000D1601" w:rsidRPr="00754CFB" w:rsidRDefault="000D1601" w:rsidP="000920F2">
            <w:pPr>
              <w:spacing w:after="0" w:line="240" w:lineRule="auto"/>
            </w:pPr>
          </w:p>
        </w:tc>
      </w:tr>
      <w:tr w:rsidR="002F1112" w:rsidRPr="00754CFB" w14:paraId="1F434C35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58C1716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EKİM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A5E97D5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5.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12-16 </w:t>
            </w:r>
            <w:proofErr w:type="spellStart"/>
            <w:r w:rsidRPr="00754CFB">
              <w:rPr>
                <w:rFonts w:ascii="Calibri" w:hAnsi="Calibri"/>
                <w:sz w:val="12"/>
              </w:rPr>
              <w:t>Ekim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9F3B559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80F18D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BİRLİKTE YAŞAMAK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EBF5603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D5375E0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SB.6.1.3.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lastRenderedPageBreak/>
              <w:t>çözüm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müzakere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edebilme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5DDE27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lastRenderedPageBreak/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fark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lastRenderedPageBreak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nedenlerine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="000D1601">
              <w:rPr>
                <w:rFonts w:ascii="Calibri" w:hAnsi="Calibri"/>
                <w:sz w:val="12"/>
              </w:rPr>
              <w:t>farklı</w:t>
            </w:r>
            <w:proofErr w:type="spellEnd"/>
            <w:r w:rsidR="000D1601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="000D1601">
              <w:rPr>
                <w:rFonts w:ascii="Calibri" w:hAnsi="Calibri"/>
                <w:sz w:val="12"/>
              </w:rPr>
              <w:t>bakış</w:t>
            </w:r>
            <w:proofErr w:type="spellEnd"/>
            <w:r w:rsidR="000D1601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="000D1601">
              <w:rPr>
                <w:rFonts w:ascii="Calibri" w:hAnsi="Calibri"/>
                <w:sz w:val="12"/>
              </w:rPr>
              <w:t>açılarını</w:t>
            </w:r>
            <w:proofErr w:type="spellEnd"/>
            <w:r w:rsidR="000D1601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karşılaştırır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geliştirir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 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farklı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görüş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düşünceleri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dikkate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karşılaşılan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sorunlara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savunur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C461C76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8BED946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A21664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41CA8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40277FA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DC185B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4348E48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F96C52" w:rsidRPr="00754CFB" w14:paraId="4789B19C" w14:textId="77777777" w:rsidTr="00F96C5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3CF3E08" w14:textId="77777777" w:rsidR="00F96C52" w:rsidRPr="00754CFB" w:rsidRDefault="00F96C5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EKİM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08B9C42" w14:textId="77777777" w:rsidR="00F96C52" w:rsidRPr="00754CFB" w:rsidRDefault="00F96C5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6.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19-23 </w:t>
            </w:r>
            <w:proofErr w:type="spellStart"/>
            <w:r w:rsidRPr="00754CFB">
              <w:rPr>
                <w:rFonts w:ascii="Calibri" w:hAnsi="Calibri"/>
                <w:sz w:val="12"/>
              </w:rPr>
              <w:t>Ekim</w:t>
            </w:r>
            <w:proofErr w:type="spellEnd"/>
          </w:p>
        </w:tc>
        <w:tc>
          <w:tcPr>
            <w:tcW w:w="711" w:type="dxa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F68AC9" w14:textId="77777777" w:rsidR="00F96C52" w:rsidRPr="00754CFB" w:rsidRDefault="00F96C5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1</w:t>
            </w:r>
          </w:p>
        </w:tc>
        <w:tc>
          <w:tcPr>
            <w:tcW w:w="5544" w:type="dxa"/>
            <w:gridSpan w:val="6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370FC5" w14:textId="77777777" w:rsidR="00F96C52" w:rsidRPr="00F96C52" w:rsidRDefault="00F96C52" w:rsidP="00F96C52">
            <w:pPr>
              <w:spacing w:after="0" w:line="240" w:lineRule="auto"/>
              <w:jc w:val="center"/>
              <w:rPr>
                <w:rFonts w:asciiTheme="majorHAnsi" w:hAnsiTheme="majorHAnsi"/>
                <w:sz w:val="12"/>
                <w:szCs w:val="12"/>
              </w:rPr>
            </w:pPr>
            <w:r w:rsidRPr="00F96C52">
              <w:rPr>
                <w:rFonts w:asciiTheme="majorHAnsi" w:hAnsiTheme="majorHAnsi"/>
                <w:sz w:val="12"/>
                <w:szCs w:val="12"/>
              </w:rPr>
              <w:t xml:space="preserve">* </w:t>
            </w:r>
            <w:r w:rsidRPr="00F96C52">
              <w:rPr>
                <w:rFonts w:asciiTheme="majorHAnsi" w:hAnsiTheme="majorHAnsi"/>
                <w:b/>
                <w:sz w:val="12"/>
                <w:szCs w:val="12"/>
              </w:rPr>
              <w:t>OKUL TEMELLİ PLANLAMA</w:t>
            </w:r>
            <w:r w:rsidRPr="00F96C52">
              <w:rPr>
                <w:rFonts w:asciiTheme="majorHAnsi" w:hAnsiTheme="majorHAnsi"/>
                <w:sz w:val="12"/>
                <w:szCs w:val="12"/>
              </w:rPr>
              <w:t xml:space="preserve"> -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Öğrenciler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okul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veya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mahalledeki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herhangi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bir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sorunu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tartışıp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çözüm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raporu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hazırlar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>.</w:t>
            </w:r>
            <w:r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r w:rsidRPr="00F96C52">
              <w:rPr>
                <w:rFonts w:asciiTheme="majorHAnsi" w:hAnsiTheme="majorHAnsi"/>
                <w:sz w:val="12"/>
                <w:szCs w:val="12"/>
              </w:rPr>
              <w:t>(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Sorunları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 xml:space="preserve"> </w:t>
            </w:r>
            <w:proofErr w:type="spellStart"/>
            <w:r w:rsidRPr="00F96C52">
              <w:rPr>
                <w:rFonts w:asciiTheme="majorHAnsi" w:hAnsiTheme="majorHAnsi"/>
                <w:sz w:val="12"/>
                <w:szCs w:val="12"/>
              </w:rPr>
              <w:t>Çözüyoruz</w:t>
            </w:r>
            <w:proofErr w:type="spellEnd"/>
            <w:r w:rsidRPr="00F96C52">
              <w:rPr>
                <w:rFonts w:asciiTheme="majorHAnsi" w:hAnsiTheme="majorHAnsi"/>
                <w:sz w:val="12"/>
                <w:szCs w:val="12"/>
              </w:rPr>
              <w:t>)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64CEBB" w14:textId="77777777" w:rsidR="00F96C52" w:rsidRPr="00754CFB" w:rsidRDefault="00F96C5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85BD7CB" w14:textId="77777777" w:rsidR="00F96C52" w:rsidRPr="00754CFB" w:rsidRDefault="00F96C5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67243F6" w14:textId="77777777" w:rsidR="00F96C52" w:rsidRPr="00754CFB" w:rsidRDefault="00F96C5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8A61D91" w14:textId="77777777" w:rsidR="00F96C52" w:rsidRPr="00754CFB" w:rsidRDefault="00F96C5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7C91E6B" w14:textId="77777777" w:rsidR="00F96C52" w:rsidRPr="00754CFB" w:rsidRDefault="00F96C5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9A0A113" w14:textId="77777777" w:rsidR="00F96C52" w:rsidRPr="00754CFB" w:rsidRDefault="00F96C5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502434" w14:textId="77777777" w:rsidR="00F96C52" w:rsidRPr="00754CFB" w:rsidRDefault="00F96C52" w:rsidP="000920F2">
            <w:pPr>
              <w:spacing w:after="0" w:line="240" w:lineRule="auto"/>
            </w:pPr>
          </w:p>
        </w:tc>
      </w:tr>
      <w:tr w:rsidR="002F1112" w:rsidRPr="00754CFB" w14:paraId="2DF7E414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86F9BE5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EKİM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BC5B16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6.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19-23 </w:t>
            </w:r>
            <w:proofErr w:type="spellStart"/>
            <w:r w:rsidRPr="00754CFB">
              <w:rPr>
                <w:rFonts w:ascii="Calibri" w:hAnsi="Calibri"/>
                <w:sz w:val="12"/>
              </w:rPr>
              <w:t>Ekim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FF2BFE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2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47704F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EVİMİZ DÜNYA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7AC7A03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D1B3E8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SB.6.2.1.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algılayabilme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DEFBDEC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mutlak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mutlak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görselleştirir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mutlak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özetler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55DD20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Sınıflama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tablosu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Çalışma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yaprakları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listeleri</w:t>
            </w:r>
            <w:proofErr w:type="spellEnd"/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10FF06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146052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D5. </w:t>
            </w:r>
            <w:proofErr w:type="spellStart"/>
            <w:r w:rsidRPr="00754CFB">
              <w:rPr>
                <w:rFonts w:ascii="Calibri" w:hAnsi="Calibri"/>
                <w:sz w:val="12"/>
              </w:rPr>
              <w:t>Duyarlılık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D18. </w:t>
            </w:r>
            <w:proofErr w:type="spellStart"/>
            <w:r w:rsidRPr="00754CFB">
              <w:rPr>
                <w:rFonts w:ascii="Calibri" w:hAnsi="Calibri"/>
                <w:sz w:val="12"/>
              </w:rPr>
              <w:t>Temizlik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C00D25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C518BD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F52CB65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651DF7F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19920304" w14:textId="77777777" w:rsidTr="009C46C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F59E0C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EKİM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EBCF079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7.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26-30 </w:t>
            </w:r>
            <w:proofErr w:type="spellStart"/>
            <w:r w:rsidRPr="00754CFB">
              <w:rPr>
                <w:rFonts w:ascii="Calibri" w:hAnsi="Calibri"/>
                <w:sz w:val="12"/>
              </w:rPr>
              <w:t>Ekim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62420D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18CBC60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EVİMİZ DÜNYA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F236593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BFC82C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SB.6.2.1.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algılayabilme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13300D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mutlak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. 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mutlak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görselleştirir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kıtaların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okyanusların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mutlak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özetler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FF" w:themeFill="background1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B3F014" w14:textId="77777777" w:rsidR="002F1112" w:rsidRPr="00754CFB" w:rsidRDefault="002F1112" w:rsidP="00072616">
            <w:pPr>
              <w:spacing w:after="0" w:line="240" w:lineRule="auto"/>
              <w:jc w:val="center"/>
            </w:pP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0DFD0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9B1574D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D5. </w:t>
            </w:r>
            <w:proofErr w:type="spellStart"/>
            <w:r w:rsidRPr="00754CFB">
              <w:rPr>
                <w:rFonts w:ascii="Calibri" w:hAnsi="Calibri"/>
                <w:sz w:val="12"/>
              </w:rPr>
              <w:t>Duyarlılık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D18. </w:t>
            </w:r>
            <w:proofErr w:type="spellStart"/>
            <w:r w:rsidRPr="00754CFB">
              <w:rPr>
                <w:rFonts w:ascii="Calibri" w:hAnsi="Calibri"/>
                <w:sz w:val="12"/>
              </w:rPr>
              <w:t>Temizlik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36F09A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5D3107B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29 </w:t>
            </w:r>
            <w:proofErr w:type="spellStart"/>
            <w:r w:rsidRPr="00754CFB">
              <w:rPr>
                <w:rFonts w:ascii="Calibri" w:hAnsi="Calibri"/>
                <w:sz w:val="12"/>
              </w:rPr>
              <w:t>Ekim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Cumhuriyet </w:t>
            </w:r>
            <w:proofErr w:type="spellStart"/>
            <w:r w:rsidRPr="00754CFB">
              <w:rPr>
                <w:rFonts w:ascii="Calibri" w:hAnsi="Calibri"/>
                <w:sz w:val="12"/>
              </w:rPr>
              <w:t>Bayramı</w:t>
            </w:r>
            <w:proofErr w:type="spellEnd"/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D2C2856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2142310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07AEB416" w14:textId="77777777" w:rsidTr="00695030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18A8101" w14:textId="77777777" w:rsidR="002F1112" w:rsidRPr="00754CFB" w:rsidRDefault="00695030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KASIM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83C0F5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8.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2-6 </w:t>
            </w:r>
            <w:proofErr w:type="spellStart"/>
            <w:r w:rsidRPr="00754CFB">
              <w:rPr>
                <w:rFonts w:ascii="Calibri" w:hAnsi="Calibri"/>
                <w:sz w:val="12"/>
              </w:rPr>
              <w:t>Kasım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E8E3652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0C6ADEC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EVİMİZ DÜNYA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0B112C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İlişki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09EA80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SB.6.2.2.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A16690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9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7E8A7D5" w14:textId="77777777" w:rsidR="002F1112" w:rsidRPr="00754CFB" w:rsidRDefault="004342E2" w:rsidP="009C46C1">
            <w:pPr>
              <w:spacing w:after="0" w:line="240" w:lineRule="auto"/>
              <w:jc w:val="center"/>
            </w:pPr>
            <w:r w:rsidRPr="00695030">
              <w:rPr>
                <w:rFonts w:ascii="Calibri" w:hAnsi="Calibri"/>
                <w:b/>
                <w:sz w:val="12"/>
              </w:rPr>
              <w:t>SINAV HAFTASI</w:t>
            </w:r>
            <w:r w:rsidRPr="00754CFB">
              <w:rPr>
                <w:rFonts w:ascii="Calibri" w:hAnsi="Calibri"/>
                <w:sz w:val="12"/>
              </w:rPr>
              <w:br/>
              <w:t>(</w:t>
            </w:r>
            <w:r w:rsidR="009C46C1">
              <w:rPr>
                <w:rFonts w:ascii="Calibri" w:hAnsi="Calibri"/>
                <w:sz w:val="12"/>
              </w:rPr>
              <w:t>02</w:t>
            </w:r>
            <w:r w:rsidRPr="00754CFB">
              <w:rPr>
                <w:rFonts w:ascii="Calibri" w:hAnsi="Calibri"/>
                <w:sz w:val="12"/>
              </w:rPr>
              <w:t xml:space="preserve">-06 </w:t>
            </w:r>
            <w:proofErr w:type="spellStart"/>
            <w:r w:rsidRPr="00754CFB">
              <w:rPr>
                <w:rFonts w:ascii="Calibri" w:hAnsi="Calibri"/>
                <w:sz w:val="12"/>
              </w:rPr>
              <w:t>Kasım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2026)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7B8A99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80B87F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D5. </w:t>
            </w:r>
            <w:proofErr w:type="spellStart"/>
            <w:r w:rsidRPr="00754CFB">
              <w:rPr>
                <w:rFonts w:ascii="Calibri" w:hAnsi="Calibri"/>
                <w:sz w:val="12"/>
              </w:rPr>
              <w:t>Duyarlılık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D18. </w:t>
            </w:r>
            <w:proofErr w:type="spellStart"/>
            <w:r w:rsidRPr="00754CFB">
              <w:rPr>
                <w:rFonts w:ascii="Calibri" w:hAnsi="Calibri"/>
                <w:sz w:val="12"/>
              </w:rPr>
              <w:t>Temizlik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329A5B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E58741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69964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B7F7EB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3650B00D" w14:textId="77777777" w:rsidTr="009C46C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3F6EEE" w14:textId="77777777" w:rsidR="002F1112" w:rsidRPr="00754CFB" w:rsidRDefault="00695030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KASIM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8F907B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9.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9-13 </w:t>
            </w:r>
            <w:proofErr w:type="spellStart"/>
            <w:r w:rsidRPr="00754CFB">
              <w:rPr>
                <w:rFonts w:ascii="Calibri" w:hAnsi="Calibri"/>
                <w:sz w:val="12"/>
              </w:rPr>
              <w:t>Kasım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EA6875D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2+1*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5A3DBF8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EVİMİZ DÜNYA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A3A831F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İlişki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1C527C9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SB.6.2.2.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941699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9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333B77D" w14:textId="77777777" w:rsidR="002F1112" w:rsidRPr="00754CFB" w:rsidRDefault="009C46C1" w:rsidP="009C46C1">
            <w:pPr>
              <w:spacing w:after="0" w:line="240" w:lineRule="auto"/>
              <w:jc w:val="center"/>
            </w:pPr>
            <w:r w:rsidRPr="00695030">
              <w:rPr>
                <w:rFonts w:ascii="Calibri" w:hAnsi="Calibri"/>
                <w:b/>
                <w:sz w:val="12"/>
              </w:rPr>
              <w:t>SINAV HAFTASI</w:t>
            </w:r>
            <w:r w:rsidRPr="00754CFB">
              <w:rPr>
                <w:rFonts w:ascii="Calibri" w:hAnsi="Calibri"/>
                <w:sz w:val="12"/>
              </w:rPr>
              <w:br/>
              <w:t>(</w:t>
            </w:r>
            <w:r>
              <w:rPr>
                <w:rFonts w:ascii="Calibri" w:hAnsi="Calibri"/>
                <w:sz w:val="12"/>
              </w:rPr>
              <w:t>09-13</w:t>
            </w:r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Kasım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2026)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212E9F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A65B0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D5. </w:t>
            </w:r>
            <w:proofErr w:type="spellStart"/>
            <w:r w:rsidRPr="00754CFB">
              <w:rPr>
                <w:rFonts w:ascii="Calibri" w:hAnsi="Calibri"/>
                <w:sz w:val="12"/>
              </w:rPr>
              <w:t>Duyarlılık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D18. </w:t>
            </w:r>
            <w:proofErr w:type="spellStart"/>
            <w:r w:rsidRPr="00754CFB">
              <w:rPr>
                <w:rFonts w:ascii="Calibri" w:hAnsi="Calibri"/>
                <w:sz w:val="12"/>
              </w:rPr>
              <w:t>Temizlik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AFE30F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4AA7562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Atatürk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(10-16Kasım)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662D2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DE46D8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25A239B0" w14:textId="77777777" w:rsidTr="0029088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16119" w:type="dxa"/>
            <w:gridSpan w:val="21"/>
            <w:shd w:val="clear" w:color="auto" w:fill="EAF1DD" w:themeFill="accent3" w:themeFillTint="33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07EA58F" w14:textId="77777777" w:rsidR="002F1112" w:rsidRPr="00754CFB" w:rsidRDefault="004342E2" w:rsidP="000920F2">
            <w:pPr>
              <w:spacing w:after="0"/>
              <w:jc w:val="center"/>
            </w:pPr>
            <w:r w:rsidRPr="00754CFB">
              <w:rPr>
                <w:rFonts w:ascii="Calibri" w:hAnsi="Calibri"/>
                <w:b/>
                <w:sz w:val="14"/>
              </w:rPr>
              <w:t>1 DÖNEM ARA TATİLİ 16- 20 KASIM 2026</w:t>
            </w:r>
          </w:p>
        </w:tc>
      </w:tr>
      <w:tr w:rsidR="002F1112" w:rsidRPr="00754CFB" w14:paraId="634EB612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B8BED80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KASIM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233C2A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10.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23-27 </w:t>
            </w:r>
            <w:proofErr w:type="spellStart"/>
            <w:r w:rsidRPr="00754CFB">
              <w:rPr>
                <w:rFonts w:ascii="Calibri" w:hAnsi="Calibri"/>
                <w:sz w:val="12"/>
              </w:rPr>
              <w:t>Kasım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C7E9FB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C680A0A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EVİMİZ DÜNYA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E5602E4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İlişki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4B9B5D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SB.6.2.2.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81470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beşerî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çevre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18FB109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0879504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6C7FC3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96E365B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2804B9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E49E183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5D09D3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148BEBBC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DABC93F" w14:textId="77777777" w:rsidR="002F1112" w:rsidRPr="00754CFB" w:rsidRDefault="00695030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ARALIK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5467A1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11.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30 </w:t>
            </w:r>
            <w:proofErr w:type="spellStart"/>
            <w:r w:rsidRPr="00754CFB">
              <w:rPr>
                <w:rFonts w:ascii="Calibri" w:hAnsi="Calibri"/>
                <w:sz w:val="12"/>
              </w:rPr>
              <w:t>Kasım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- 4 </w:t>
            </w:r>
            <w:proofErr w:type="spellStart"/>
            <w:r w:rsidRPr="00754CFB">
              <w:rPr>
                <w:rFonts w:ascii="Calibri" w:hAnsi="Calibri"/>
                <w:sz w:val="12"/>
              </w:rPr>
              <w:t>Aralık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185AFD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0676B0A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EVİMİZ DÜNYA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820AEA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E99A4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SB.6.2.3.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yorumlayabilme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CFBB5B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inceler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bağlamdan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kopmadan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dönüştürür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 </w:t>
            </w:r>
            <w:proofErr w:type="spellStart"/>
            <w:r w:rsidRPr="00754CFB">
              <w:rPr>
                <w:rFonts w:ascii="Calibri" w:hAnsi="Calibri"/>
                <w:sz w:val="12"/>
              </w:rPr>
              <w:t>nesnel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anlamı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değiştir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meyecek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şekilde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yeniden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ifade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5362AF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FD9822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1C231E9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2017E27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E517516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Öğretmenler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(24 </w:t>
            </w:r>
            <w:proofErr w:type="spellStart"/>
            <w:r w:rsidRPr="00754CFB">
              <w:rPr>
                <w:rFonts w:ascii="Calibri" w:hAnsi="Calibri"/>
                <w:sz w:val="12"/>
              </w:rPr>
              <w:t>Kasım</w:t>
            </w:r>
            <w:proofErr w:type="spellEnd"/>
            <w:r w:rsidRPr="00754CFB">
              <w:rPr>
                <w:rFonts w:ascii="Calibri" w:hAnsi="Calibri"/>
                <w:sz w:val="12"/>
              </w:rPr>
              <w:t>)</w:t>
            </w: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059B7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0291EB6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A3371E" w:rsidRPr="00754CFB" w14:paraId="31AD39EC" w14:textId="77777777" w:rsidTr="00A3371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584"/>
          <w:jc w:val="center"/>
        </w:trPr>
        <w:tc>
          <w:tcPr>
            <w:tcW w:w="792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DF46F0" w14:textId="77777777" w:rsidR="00A3371E" w:rsidRPr="00754CFB" w:rsidRDefault="00A3371E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ARALIK</w:t>
            </w:r>
          </w:p>
        </w:tc>
        <w:tc>
          <w:tcPr>
            <w:tcW w:w="1008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EB15581" w14:textId="77777777" w:rsidR="00A3371E" w:rsidRPr="00754CFB" w:rsidRDefault="00A3371E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12.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7-11 </w:t>
            </w:r>
            <w:proofErr w:type="spellStart"/>
            <w:r w:rsidRPr="00754CFB">
              <w:rPr>
                <w:rFonts w:ascii="Calibri" w:hAnsi="Calibri"/>
                <w:sz w:val="12"/>
              </w:rPr>
              <w:t>Aralık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2A1A6C" w14:textId="77777777" w:rsidR="00A3371E" w:rsidRPr="00754CFB" w:rsidRDefault="00A3371E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1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444B91" w14:textId="77777777" w:rsidR="00A3371E" w:rsidRPr="00754CFB" w:rsidRDefault="00A3371E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EVİMİZ DÜNYA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D13EB90" w14:textId="77777777" w:rsidR="00A3371E" w:rsidRPr="00754CFB" w:rsidRDefault="00A3371E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40F71E" w14:textId="77777777" w:rsidR="00A3371E" w:rsidRPr="00754CFB" w:rsidRDefault="00A3371E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SB.6.2.3.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yorumlayabilme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754DA7E" w14:textId="77777777" w:rsidR="00A3371E" w:rsidRDefault="00A3371E" w:rsidP="000920F2">
            <w:pPr>
              <w:spacing w:after="0" w:line="240" w:lineRule="auto"/>
              <w:rPr>
                <w:rFonts w:ascii="Calibri" w:hAnsi="Calibri"/>
                <w:sz w:val="12"/>
              </w:rPr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inceler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bağlamdan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kopmadan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dönüştürür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 </w:t>
            </w:r>
            <w:proofErr w:type="spellStart"/>
            <w:r w:rsidRPr="00754CFB">
              <w:rPr>
                <w:rFonts w:ascii="Calibri" w:hAnsi="Calibri"/>
                <w:sz w:val="12"/>
              </w:rPr>
              <w:t>nesnel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anlamı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değiştir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meyecek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şekilde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yeniden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ifade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  <w:p w14:paraId="6D4EEE23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8129F31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152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D71D29F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008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AA03F7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66EB47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A5CE6BF" w14:textId="77777777" w:rsidR="00A3371E" w:rsidRPr="00754CFB" w:rsidRDefault="00A3371E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3 </w:t>
            </w:r>
            <w:proofErr w:type="spellStart"/>
            <w:r w:rsidRPr="00754CFB">
              <w:rPr>
                <w:rFonts w:ascii="Calibri" w:hAnsi="Calibri"/>
                <w:sz w:val="12"/>
              </w:rPr>
              <w:t>Aralık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Dünya Engelliler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</w:t>
            </w:r>
            <w:proofErr w:type="spellEnd"/>
          </w:p>
        </w:tc>
        <w:tc>
          <w:tcPr>
            <w:tcW w:w="1296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0D1337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A6F90D" w14:textId="77777777" w:rsidR="00A3371E" w:rsidRPr="00754CFB" w:rsidRDefault="00A3371E" w:rsidP="000920F2">
            <w:pPr>
              <w:spacing w:after="0" w:line="240" w:lineRule="auto"/>
            </w:pPr>
          </w:p>
        </w:tc>
      </w:tr>
      <w:tr w:rsidR="00A3371E" w:rsidRPr="00754CFB" w14:paraId="55D19A80" w14:textId="77777777" w:rsidTr="00A3371E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4"/>
          <w:jc w:val="center"/>
        </w:trPr>
        <w:tc>
          <w:tcPr>
            <w:tcW w:w="792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D93D02D" w14:textId="77777777" w:rsidR="00A3371E" w:rsidRPr="00754CFB" w:rsidRDefault="00A3371E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</w:p>
        </w:tc>
        <w:tc>
          <w:tcPr>
            <w:tcW w:w="1008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A62618" w14:textId="77777777" w:rsidR="00A3371E" w:rsidRPr="00754CFB" w:rsidRDefault="00A3371E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</w:p>
        </w:tc>
        <w:tc>
          <w:tcPr>
            <w:tcW w:w="711" w:type="dxa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3100EBC" w14:textId="77777777" w:rsidR="00A3371E" w:rsidRPr="00754CFB" w:rsidRDefault="00A3371E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>
              <w:rPr>
                <w:rFonts w:ascii="Calibri" w:hAnsi="Calibri"/>
                <w:sz w:val="12"/>
              </w:rPr>
              <w:t>1*</w:t>
            </w:r>
          </w:p>
        </w:tc>
        <w:tc>
          <w:tcPr>
            <w:tcW w:w="5544" w:type="dxa"/>
            <w:gridSpan w:val="6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A11F5A0" w14:textId="77777777" w:rsidR="00A3371E" w:rsidRPr="00754CFB" w:rsidRDefault="00A3371E" w:rsidP="00A3371E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 w:rsidRPr="00A3371E">
              <w:rPr>
                <w:rFonts w:ascii="Calibri" w:hAnsi="Calibri"/>
                <w:b/>
                <w:sz w:val="12"/>
              </w:rPr>
              <w:t>* OKUL TEMELLİ PLANLAMA</w:t>
            </w:r>
            <w:r>
              <w:rPr>
                <w:rFonts w:ascii="Calibri" w:hAnsi="Calibri"/>
                <w:sz w:val="12"/>
              </w:rPr>
              <w:t xml:space="preserve"> </w:t>
            </w:r>
            <w:r w:rsidRPr="00A3371E">
              <w:rPr>
                <w:rFonts w:ascii="Calibri" w:hAnsi="Calibri"/>
                <w:sz w:val="12"/>
              </w:rPr>
              <w:t>-</w:t>
            </w:r>
            <w:r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A3371E">
              <w:rPr>
                <w:rFonts w:ascii="Calibri" w:hAnsi="Calibri"/>
                <w:sz w:val="12"/>
              </w:rPr>
              <w:t>Gruplar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A3371E">
              <w:rPr>
                <w:rFonts w:ascii="Calibri" w:hAnsi="Calibri"/>
                <w:sz w:val="12"/>
              </w:rPr>
              <w:t>seçtikleri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A3371E">
              <w:rPr>
                <w:rFonts w:ascii="Calibri" w:hAnsi="Calibri"/>
                <w:sz w:val="12"/>
              </w:rPr>
              <w:t>devletini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A3371E">
              <w:rPr>
                <w:rFonts w:ascii="Calibri" w:hAnsi="Calibri"/>
                <w:sz w:val="12"/>
              </w:rPr>
              <w:t>kıyafet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A3371E">
              <w:rPr>
                <w:rFonts w:ascii="Calibri" w:hAnsi="Calibri"/>
                <w:sz w:val="12"/>
              </w:rPr>
              <w:t>yemek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A3371E">
              <w:rPr>
                <w:rFonts w:ascii="Calibri" w:hAnsi="Calibri"/>
                <w:sz w:val="12"/>
              </w:rPr>
              <w:t>müzik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A3371E">
              <w:rPr>
                <w:rFonts w:ascii="Calibri" w:hAnsi="Calibri"/>
                <w:sz w:val="12"/>
              </w:rPr>
              <w:t>yönüyle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A3371E">
              <w:rPr>
                <w:rFonts w:ascii="Calibri" w:hAnsi="Calibri"/>
                <w:sz w:val="12"/>
              </w:rPr>
              <w:t>tanıtır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. </w:t>
            </w:r>
            <w:r>
              <w:rPr>
                <w:rFonts w:ascii="Calibri" w:hAnsi="Calibri"/>
                <w:sz w:val="12"/>
              </w:rPr>
              <w:br/>
            </w:r>
            <w:r w:rsidRPr="00A3371E">
              <w:rPr>
                <w:rFonts w:ascii="Calibri" w:hAnsi="Calibri"/>
                <w:sz w:val="12"/>
              </w:rPr>
              <w:t xml:space="preserve">(Türk </w:t>
            </w:r>
            <w:proofErr w:type="spellStart"/>
            <w:r w:rsidRPr="00A3371E">
              <w:rPr>
                <w:rFonts w:ascii="Calibri" w:hAnsi="Calibri"/>
                <w:sz w:val="12"/>
              </w:rPr>
              <w:t>Dünyası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A3371E">
              <w:rPr>
                <w:rFonts w:ascii="Calibri" w:hAnsi="Calibri"/>
                <w:sz w:val="12"/>
              </w:rPr>
              <w:t>Kültür</w:t>
            </w:r>
            <w:proofErr w:type="spellEnd"/>
            <w:r w:rsidRPr="00A3371E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A3371E">
              <w:rPr>
                <w:rFonts w:ascii="Calibri" w:hAnsi="Calibri"/>
                <w:sz w:val="12"/>
              </w:rPr>
              <w:t>Köşesi</w:t>
            </w:r>
            <w:proofErr w:type="spellEnd"/>
            <w:r w:rsidRPr="00A3371E">
              <w:rPr>
                <w:rFonts w:ascii="Calibri" w:hAnsi="Calibri"/>
                <w:sz w:val="12"/>
              </w:rPr>
              <w:t>)</w:t>
            </w: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08BEDC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152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08EDF8F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008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231810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5EF09B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2415F80" w14:textId="77777777" w:rsidR="00A3371E" w:rsidRPr="00754CFB" w:rsidRDefault="00A3371E" w:rsidP="000920F2">
            <w:pPr>
              <w:spacing w:after="0" w:line="240" w:lineRule="auto"/>
              <w:rPr>
                <w:rFonts w:ascii="Calibri" w:hAnsi="Calibri"/>
                <w:sz w:val="12"/>
              </w:rPr>
            </w:pPr>
          </w:p>
        </w:tc>
        <w:tc>
          <w:tcPr>
            <w:tcW w:w="1296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0F96845" w14:textId="77777777" w:rsidR="00A3371E" w:rsidRPr="00754CFB" w:rsidRDefault="00A3371E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2216CE" w14:textId="77777777" w:rsidR="00A3371E" w:rsidRPr="00754CFB" w:rsidRDefault="00A3371E" w:rsidP="000920F2">
            <w:pPr>
              <w:spacing w:after="0" w:line="240" w:lineRule="auto"/>
            </w:pPr>
          </w:p>
        </w:tc>
      </w:tr>
      <w:tr w:rsidR="002F1112" w:rsidRPr="00754CFB" w14:paraId="15BA8DF7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5210D25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ARALIK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0022CD1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12.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7-11 </w:t>
            </w:r>
            <w:proofErr w:type="spellStart"/>
            <w:r w:rsidRPr="00754CFB">
              <w:rPr>
                <w:rFonts w:ascii="Calibri" w:hAnsi="Calibri"/>
                <w:sz w:val="12"/>
              </w:rPr>
              <w:t>Aralık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E7E28BE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1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8EDBA32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0CDA59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İlk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213510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SB.6.3.1.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sorgulayabilme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7FD9182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ettiği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konuyu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tanımlar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verilen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dayanarak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verilen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doğruluğunu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toplanan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üzerinden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C41B3F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Soru </w:t>
            </w:r>
            <w:proofErr w:type="spellStart"/>
            <w:r w:rsidRPr="00754CFB">
              <w:rPr>
                <w:rFonts w:ascii="Calibri" w:hAnsi="Calibri"/>
                <w:sz w:val="12"/>
              </w:rPr>
              <w:t>kartları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(5N1K), </w:t>
            </w:r>
            <w:r w:rsidRPr="00754CFB">
              <w:rPr>
                <w:rFonts w:ascii="Calibri" w:hAnsi="Calibri"/>
                <w:sz w:val="12"/>
              </w:rPr>
              <w:br/>
              <w:t xml:space="preserve">Açık </w:t>
            </w:r>
            <w:proofErr w:type="spellStart"/>
            <w:r w:rsidRPr="00754CFB">
              <w:rPr>
                <w:rFonts w:ascii="Calibri" w:hAnsi="Calibri"/>
                <w:sz w:val="12"/>
              </w:rPr>
              <w:t>uçlu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yaprağı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Anekdot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kaydı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tablosu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Kavram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görevi</w:t>
            </w:r>
            <w:proofErr w:type="spellEnd"/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F55EC65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SDB2.1.İletişim, 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E5AB47C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D14. </w:t>
            </w:r>
            <w:proofErr w:type="spellStart"/>
            <w:r w:rsidRPr="00754CFB">
              <w:rPr>
                <w:rFonts w:ascii="Calibri" w:hAnsi="Calibri"/>
                <w:sz w:val="12"/>
              </w:rPr>
              <w:t>Saygı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8CAD20F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OB7. Veri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OB9. Sanat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7E9818F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41C2B4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7B63FCE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4B92DB4D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0E50530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ARALIK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D04CEB7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13.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14-18 </w:t>
            </w:r>
            <w:proofErr w:type="spellStart"/>
            <w:r w:rsidRPr="00754CFB">
              <w:rPr>
                <w:rFonts w:ascii="Calibri" w:hAnsi="Calibri"/>
                <w:sz w:val="12"/>
              </w:rPr>
              <w:t>Aralık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C7B18E0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760D69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ED4C4A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İlk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A946FE0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SB.6.3.1.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sorgulayabilme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94B8AC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ettiği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konuyu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tanımlar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verilen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dayanarak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veri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doğruluğunu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Türkistan’da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kurulan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ilk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devletlerinin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medeniyetimize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toplanan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üzerinden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37D6AB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Soru </w:t>
            </w:r>
            <w:proofErr w:type="spellStart"/>
            <w:r w:rsidRPr="00754CFB">
              <w:rPr>
                <w:rFonts w:ascii="Calibri" w:hAnsi="Calibri"/>
                <w:sz w:val="12"/>
              </w:rPr>
              <w:t>kartları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(5N1K), </w:t>
            </w:r>
            <w:r w:rsidRPr="00754CFB">
              <w:rPr>
                <w:rFonts w:ascii="Calibri" w:hAnsi="Calibri"/>
                <w:sz w:val="12"/>
              </w:rPr>
              <w:br/>
              <w:t xml:space="preserve">Açık </w:t>
            </w:r>
            <w:proofErr w:type="spellStart"/>
            <w:r w:rsidRPr="00754CFB">
              <w:rPr>
                <w:rFonts w:ascii="Calibri" w:hAnsi="Calibri"/>
                <w:sz w:val="12"/>
              </w:rPr>
              <w:t>uçlu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yaprağı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Anekdot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kaydı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tablosu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Kavram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görevi</w:t>
            </w:r>
            <w:proofErr w:type="spellEnd"/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D74214B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SDB2.1.İletişim, 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2E39E4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D14. </w:t>
            </w:r>
            <w:proofErr w:type="spellStart"/>
            <w:r w:rsidRPr="00754CFB">
              <w:rPr>
                <w:rFonts w:ascii="Calibri" w:hAnsi="Calibri"/>
                <w:sz w:val="12"/>
              </w:rPr>
              <w:t>Saygı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76F9075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OB7. Veri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OB9. Sanat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E05ADEB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Tutum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Malları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(12-18 </w:t>
            </w:r>
            <w:proofErr w:type="spellStart"/>
            <w:r w:rsidRPr="00754CFB">
              <w:rPr>
                <w:rFonts w:ascii="Calibri" w:hAnsi="Calibri"/>
                <w:sz w:val="12"/>
              </w:rPr>
              <w:t>Aralık</w:t>
            </w:r>
            <w:proofErr w:type="spellEnd"/>
            <w:r w:rsidRPr="00754CFB">
              <w:rPr>
                <w:rFonts w:ascii="Calibri" w:hAnsi="Calibri"/>
                <w:sz w:val="12"/>
              </w:rPr>
              <w:t>)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EE1345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A66247E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404E5A9D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BF3F788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ARALIK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6BFF16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14.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21-25 </w:t>
            </w:r>
            <w:proofErr w:type="spellStart"/>
            <w:r w:rsidRPr="00754CFB">
              <w:rPr>
                <w:rFonts w:ascii="Calibri" w:hAnsi="Calibri"/>
                <w:sz w:val="12"/>
              </w:rPr>
              <w:t>Aralık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F25D14B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8DB366F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C43AD5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VII-XIII.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F11D68B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SB.6.3.2. VII-XIII.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eğitim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hukuk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sa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nat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mimari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akıl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yürütebilme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60722D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yaptığı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eğitim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hukuk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sanat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mimari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eğitim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hukuk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sanat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mimari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yaptığı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0926D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Soru </w:t>
            </w:r>
            <w:proofErr w:type="spellStart"/>
            <w:r w:rsidRPr="00754CFB">
              <w:rPr>
                <w:rFonts w:ascii="Calibri" w:hAnsi="Calibri"/>
                <w:sz w:val="12"/>
              </w:rPr>
              <w:t>kartları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(5N1K), </w:t>
            </w:r>
            <w:r w:rsidRPr="00754CFB">
              <w:rPr>
                <w:rFonts w:ascii="Calibri" w:hAnsi="Calibri"/>
                <w:sz w:val="12"/>
              </w:rPr>
              <w:br/>
              <w:t xml:space="preserve">Açık </w:t>
            </w:r>
            <w:proofErr w:type="spellStart"/>
            <w:r w:rsidRPr="00754CFB">
              <w:rPr>
                <w:rFonts w:ascii="Calibri" w:hAnsi="Calibri"/>
                <w:sz w:val="12"/>
              </w:rPr>
              <w:t>uçlu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içeren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yaprağı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Anekdot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kaydı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tablosu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Kavram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görevi</w:t>
            </w:r>
            <w:proofErr w:type="spellEnd"/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7235DDF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SDB2.1.İletişim, 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2D4F918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D14. </w:t>
            </w:r>
            <w:proofErr w:type="spellStart"/>
            <w:r w:rsidRPr="00754CFB">
              <w:rPr>
                <w:rFonts w:ascii="Calibri" w:hAnsi="Calibri"/>
                <w:sz w:val="12"/>
              </w:rPr>
              <w:t>Saygı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F64F9B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OB7. Veri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OB9. Sanat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FCBCB52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84408B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50E4A89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13BA7D00" w14:textId="77777777" w:rsidTr="009C46C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8F701CB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ARALIK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70C8A88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15.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28 Aralık-1 Ocak 2027</w:t>
            </w:r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2B6FAE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682BBE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F63077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VII-XIII.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2157C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SB.6.3.2. VII-XIII.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eğitim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hukuk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sa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nat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mimari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akıl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yürütebilme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B319CC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yaptığı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eğitim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hukuk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sanat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mimari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İslam </w:t>
            </w:r>
            <w:proofErr w:type="spellStart"/>
            <w:r w:rsidRPr="00754CFB">
              <w:rPr>
                <w:rFonts w:ascii="Calibri" w:hAnsi="Calibri"/>
                <w:sz w:val="12"/>
              </w:rPr>
              <w:t>medeniyetinin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eğitim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hukuk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proofErr w:type="spellStart"/>
            <w:r w:rsidRPr="00754CFB">
              <w:rPr>
                <w:rFonts w:ascii="Calibri" w:hAnsi="Calibri"/>
                <w:sz w:val="12"/>
              </w:rPr>
              <w:t>sanat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mimari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insanlığın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mirasına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yaptığı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FF" w:themeFill="background1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584135" w14:textId="77777777" w:rsidR="002F1112" w:rsidRPr="00754CFB" w:rsidRDefault="002F1112" w:rsidP="00F85324">
            <w:pPr>
              <w:spacing w:after="0" w:line="240" w:lineRule="auto"/>
              <w:jc w:val="center"/>
            </w:pP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CA499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SDB2.1.İletişim, 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764708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D14. </w:t>
            </w:r>
            <w:proofErr w:type="spellStart"/>
            <w:r w:rsidRPr="00754CFB">
              <w:rPr>
                <w:rFonts w:ascii="Calibri" w:hAnsi="Calibri"/>
                <w:sz w:val="12"/>
              </w:rPr>
              <w:t>Saygı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8FA63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OB7. Veri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OB9. Sanat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E8818C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3BE9693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1A36084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3E8A512B" w14:textId="77777777" w:rsidTr="00F8532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45A22B1" w14:textId="77777777" w:rsidR="002F1112" w:rsidRPr="00754CFB" w:rsidRDefault="00F85324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OCAK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0F1DB42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16.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4-8 Ocak 2027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754FAA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47DFAAF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006E1D1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Meydana Gelen Değişimler</w:t>
            </w:r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11EB64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SB.6.3.3.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değişime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tarihsel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oluşturabilmee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80145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dayanarak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analiz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dönemin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koşullarını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fark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sonuçlarını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günümüz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koşullarıyla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karşılaştırır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sonuçlarını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dönemin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koşulları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içinde </w:t>
            </w:r>
            <w:proofErr w:type="spellStart"/>
            <w:r w:rsidRPr="00754CFB">
              <w:rPr>
                <w:rFonts w:ascii="Calibri" w:hAnsi="Calibri"/>
                <w:sz w:val="12"/>
              </w:rPr>
              <w:t>açıklar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9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997CF1" w14:textId="77777777" w:rsidR="002F1112" w:rsidRPr="009C46C1" w:rsidRDefault="004342E2" w:rsidP="009C46C1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9C46C1">
              <w:rPr>
                <w:rFonts w:ascii="Calibri" w:hAnsi="Calibri"/>
                <w:b/>
                <w:sz w:val="14"/>
                <w:szCs w:val="14"/>
              </w:rPr>
              <w:t>SINAV HAFTASI</w:t>
            </w:r>
            <w:r w:rsidRPr="009C46C1">
              <w:rPr>
                <w:rFonts w:ascii="Calibri" w:hAnsi="Calibri"/>
                <w:b/>
                <w:sz w:val="14"/>
                <w:szCs w:val="14"/>
              </w:rPr>
              <w:br/>
            </w:r>
            <w:r w:rsidRPr="009C46C1">
              <w:rPr>
                <w:rFonts w:ascii="Calibri" w:hAnsi="Calibri"/>
                <w:sz w:val="14"/>
                <w:szCs w:val="14"/>
              </w:rPr>
              <w:t>(</w:t>
            </w:r>
            <w:r w:rsidR="009C46C1" w:rsidRPr="009C46C1">
              <w:rPr>
                <w:rFonts w:ascii="Calibri" w:hAnsi="Calibri"/>
                <w:sz w:val="14"/>
                <w:szCs w:val="14"/>
              </w:rPr>
              <w:t>04</w:t>
            </w:r>
            <w:r w:rsidRPr="009C46C1">
              <w:rPr>
                <w:rFonts w:ascii="Calibri" w:hAnsi="Calibri"/>
                <w:sz w:val="14"/>
                <w:szCs w:val="14"/>
              </w:rPr>
              <w:t xml:space="preserve"> 08 Ocak 2027)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05ADE8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SDB2.1.İletişim, 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917A4A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D14. </w:t>
            </w:r>
            <w:proofErr w:type="spellStart"/>
            <w:r w:rsidRPr="00754CFB">
              <w:rPr>
                <w:rFonts w:ascii="Calibri" w:hAnsi="Calibri"/>
                <w:sz w:val="12"/>
              </w:rPr>
              <w:t>Saygı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B138830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OB7. Veri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OB9. Sanat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75C48CC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6165CA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8AF29E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67A02181" w14:textId="77777777" w:rsidTr="009C46C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B58BA2F" w14:textId="77777777" w:rsidR="002F1112" w:rsidRPr="00754CFB" w:rsidRDefault="00F85324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OCAK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5EB7590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17.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11-15 Ocak</w:t>
            </w:r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50A0301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C223A91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82DBA85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Meydana Gelen Değişimler</w:t>
            </w:r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D596518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SB.6.3.3.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değişime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tarihsel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oluşturabilmee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882F5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dayanarak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analiz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dönemin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koşullarını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fark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sonuçlarını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günümüz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koşullarıyla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karşılaştırır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İslamiyet’in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kabulüyle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sosyal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hayatlarında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sonuçlarını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dönemin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koşulları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içinde </w:t>
            </w:r>
            <w:proofErr w:type="spellStart"/>
            <w:r w:rsidRPr="00754CFB">
              <w:rPr>
                <w:rFonts w:ascii="Calibri" w:hAnsi="Calibri"/>
                <w:sz w:val="12"/>
              </w:rPr>
              <w:t>açıklar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9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88C4252" w14:textId="77777777" w:rsidR="002F1112" w:rsidRPr="009C46C1" w:rsidRDefault="009C46C1" w:rsidP="009C46C1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9C46C1">
              <w:rPr>
                <w:rFonts w:ascii="Calibri" w:hAnsi="Calibri"/>
                <w:b/>
                <w:sz w:val="14"/>
                <w:szCs w:val="14"/>
              </w:rPr>
              <w:t>SINAV HAFTASI</w:t>
            </w:r>
            <w:r w:rsidRPr="009C46C1">
              <w:rPr>
                <w:rFonts w:ascii="Calibri" w:hAnsi="Calibri"/>
                <w:b/>
                <w:sz w:val="14"/>
                <w:szCs w:val="14"/>
              </w:rPr>
              <w:br/>
            </w:r>
            <w:r w:rsidRPr="009C46C1">
              <w:rPr>
                <w:rFonts w:ascii="Calibri" w:hAnsi="Calibri"/>
                <w:sz w:val="14"/>
                <w:szCs w:val="14"/>
              </w:rPr>
              <w:t>(11-15 Ocak 2027)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7D8FBFC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SDB2.1.İletişim, 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A47D53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D14. </w:t>
            </w:r>
            <w:proofErr w:type="spellStart"/>
            <w:r w:rsidRPr="00754CFB">
              <w:rPr>
                <w:rFonts w:ascii="Calibri" w:hAnsi="Calibri"/>
                <w:sz w:val="12"/>
              </w:rPr>
              <w:t>Saygı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0CBF460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OB7. Veri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OB9. Sanat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B6AECB4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0078989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C3425F0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5864D5D3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325059" w14:textId="77777777" w:rsidR="002F1112" w:rsidRPr="00754CFB" w:rsidRDefault="005E3FA6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OCAK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6410AD2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18.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18-22 Ocak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84905BD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2+1*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46DE96B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7A08BD4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XI- 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Meydana Gelen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5213BA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SB.6.3.4.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özetleyebilme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6FB38C2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nan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sınıflandırır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yorumlar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BD4D4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F4B9995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SDB2.1.İletişim, 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4FA05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D14. </w:t>
            </w:r>
            <w:proofErr w:type="spellStart"/>
            <w:r w:rsidRPr="00754CFB">
              <w:rPr>
                <w:rFonts w:ascii="Calibri" w:hAnsi="Calibri"/>
                <w:sz w:val="12"/>
              </w:rPr>
              <w:t>Saygı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3C77184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OB5.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OB7. Veri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OB9. Sanat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5AA01C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BD0CC5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F9F96B0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57164D5C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16119" w:type="dxa"/>
            <w:gridSpan w:val="21"/>
            <w:shd w:val="clear" w:color="auto" w:fill="FEF3C7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6BD6A5" w14:textId="77777777" w:rsidR="002F1112" w:rsidRPr="00754CFB" w:rsidRDefault="004342E2" w:rsidP="000920F2">
            <w:pPr>
              <w:spacing w:after="0"/>
              <w:jc w:val="center"/>
            </w:pPr>
            <w:r w:rsidRPr="00754CFB">
              <w:rPr>
                <w:rFonts w:ascii="Calibri" w:hAnsi="Calibri"/>
                <w:b/>
                <w:sz w:val="14"/>
              </w:rPr>
              <w:t>YARIYIL TATİLİ: 25 Ocak - 5 ŞUBAT 2027</w:t>
            </w:r>
          </w:p>
        </w:tc>
      </w:tr>
      <w:tr w:rsidR="002F1112" w:rsidRPr="00754CFB" w14:paraId="53077E1F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DA29EF6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ŞUBAT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B9035B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19.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8-12 </w:t>
            </w:r>
            <w:proofErr w:type="spellStart"/>
            <w:r w:rsidRPr="00754CFB">
              <w:rPr>
                <w:rFonts w:ascii="Calibri" w:hAnsi="Calibri"/>
                <w:sz w:val="12"/>
              </w:rPr>
              <w:t>Şubat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EC2988A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62E836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731FAF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XI- 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Meydana Gelen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E933BA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SB.6.3.4.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özetleyebilme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164C05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nan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nan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sınıflandırır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yorumlar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133FD23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282E34A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2563602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62BBB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6C71FB5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185B9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17F7DBC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5285789E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7E5728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ŞUBAT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6E288F3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20.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15-19 </w:t>
            </w:r>
            <w:proofErr w:type="spellStart"/>
            <w:r w:rsidRPr="00754CFB">
              <w:rPr>
                <w:rFonts w:ascii="Calibri" w:hAnsi="Calibri"/>
                <w:sz w:val="12"/>
              </w:rPr>
              <w:t>Şubat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BACAFEF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1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AE665FA" w14:textId="77777777" w:rsidR="002F1112" w:rsidRPr="00754CFB" w:rsidRDefault="004342E2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ORTAK MİRASIMIZ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3E2EEED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XI- 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Meydana Gelen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Katkıları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F4E26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SB.6.3.4.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özetleyebilme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9E36E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nan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nan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sınıflandırır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XI-XIII. </w:t>
            </w:r>
            <w:proofErr w:type="spellStart"/>
            <w:r w:rsidRPr="00754CFB">
              <w:rPr>
                <w:rFonts w:ascii="Calibri" w:hAnsi="Calibri"/>
                <w:sz w:val="12"/>
              </w:rPr>
              <w:t>yüzyıllar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meydana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siyasi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askerî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mücadelelerin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Anadolu’nun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Türkleşmesi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İslamlaşmasına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etkisini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yorumlar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ACF936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E1566B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BD43DA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E0DB23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43987F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3DFE42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A4FCD58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3020B8" w:rsidRPr="00754CFB" w14:paraId="79852900" w14:textId="77777777" w:rsidTr="00F159F1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31"/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5712275" w14:textId="77777777" w:rsidR="003020B8" w:rsidRPr="00754CFB" w:rsidRDefault="003020B8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ŞUBAT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043D345" w14:textId="77777777" w:rsidR="003020B8" w:rsidRPr="00754CFB" w:rsidRDefault="003020B8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20.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15-19 </w:t>
            </w:r>
            <w:proofErr w:type="spellStart"/>
            <w:r w:rsidRPr="00754CFB">
              <w:rPr>
                <w:rFonts w:ascii="Calibri" w:hAnsi="Calibri"/>
                <w:sz w:val="12"/>
              </w:rPr>
              <w:t>Şubat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0CE612" w14:textId="77777777" w:rsidR="003020B8" w:rsidRPr="00754CFB" w:rsidRDefault="003020B8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2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AE2F882" w14:textId="77777777" w:rsidR="003020B8" w:rsidRPr="00754CFB" w:rsidRDefault="003020B8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YAŞAYAN DEMOKRASİMİZ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064875D" w14:textId="23D63E48" w:rsidR="003020B8" w:rsidRPr="00754CFB" w:rsidRDefault="003020B8" w:rsidP="00D82363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Yönetimin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Alma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Etkileyen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Unsurlar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BA9E974" w14:textId="32FA2D82" w:rsidR="003020B8" w:rsidRPr="00754CFB" w:rsidRDefault="003020B8" w:rsidP="00D82363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SB.6.4.1.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Yönetimin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alma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etkileyen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unsurları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6DEBD9" w14:textId="5CEEB71B" w:rsidR="003020B8" w:rsidRPr="00754CFB" w:rsidRDefault="003020B8" w:rsidP="00D82363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Yönetimin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alma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etkileyen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unsurları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Yönetimin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alma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etkileyen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unsurlar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</w:p>
        </w:tc>
        <w:tc>
          <w:tcPr>
            <w:tcW w:w="1224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FD9C1B" w14:textId="77777777" w:rsidR="003020B8" w:rsidRPr="00754CFB" w:rsidRDefault="003020B8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Kavram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ağları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Zihin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haritaları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>Öz-</w:t>
            </w:r>
            <w:proofErr w:type="spellStart"/>
            <w:r w:rsidRPr="00754CFB">
              <w:rPr>
                <w:rFonts w:ascii="Calibri" w:hAnsi="Calibri"/>
                <w:sz w:val="12"/>
              </w:rPr>
              <w:t>akran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görevi</w:t>
            </w:r>
            <w:proofErr w:type="spellEnd"/>
          </w:p>
        </w:tc>
        <w:tc>
          <w:tcPr>
            <w:tcW w:w="1152" w:type="dxa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35A7B19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1313168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D1. Adalet, </w:t>
            </w:r>
            <w:r w:rsidRPr="00754CFB">
              <w:rPr>
                <w:rFonts w:ascii="Calibri" w:hAnsi="Calibri"/>
                <w:sz w:val="12"/>
              </w:rPr>
              <w:br/>
              <w:t xml:space="preserve">D2. Aile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Bütünlüğü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D8. </w:t>
            </w:r>
            <w:proofErr w:type="spellStart"/>
            <w:r w:rsidRPr="00754CFB">
              <w:rPr>
                <w:rFonts w:ascii="Calibri" w:hAnsi="Calibri"/>
                <w:sz w:val="12"/>
              </w:rPr>
              <w:t>Mahremiyet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D11. </w:t>
            </w:r>
            <w:proofErr w:type="spellStart"/>
            <w:r w:rsidRPr="00754CFB">
              <w:rPr>
                <w:rFonts w:ascii="Calibri" w:hAnsi="Calibri"/>
                <w:sz w:val="12"/>
              </w:rPr>
              <w:t>Özgürlük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D13. </w:t>
            </w:r>
            <w:proofErr w:type="spellStart"/>
            <w:r w:rsidRPr="00754CFB">
              <w:rPr>
                <w:rFonts w:ascii="Calibri" w:hAnsi="Calibri"/>
                <w:sz w:val="12"/>
              </w:rPr>
              <w:t>Sağlıklı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Yaşam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D16.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</w:t>
            </w:r>
            <w:proofErr w:type="spellEnd"/>
          </w:p>
        </w:tc>
        <w:tc>
          <w:tcPr>
            <w:tcW w:w="1152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413145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OB6.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B0BF4FD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C26E58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20FF70B" w14:textId="77777777" w:rsidR="003020B8" w:rsidRPr="00754CFB" w:rsidRDefault="003020B8" w:rsidP="000920F2">
            <w:pPr>
              <w:spacing w:after="0" w:line="240" w:lineRule="auto"/>
            </w:pPr>
          </w:p>
        </w:tc>
      </w:tr>
      <w:tr w:rsidR="005F53FC" w:rsidRPr="00754CFB" w14:paraId="46053823" w14:textId="77777777" w:rsidTr="005F53F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87"/>
          <w:jc w:val="center"/>
        </w:trPr>
        <w:tc>
          <w:tcPr>
            <w:tcW w:w="792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82D433" w14:textId="77777777" w:rsidR="005F53FC" w:rsidRPr="00754CFB" w:rsidRDefault="005F53FC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ŞUBAT</w:t>
            </w:r>
          </w:p>
        </w:tc>
        <w:tc>
          <w:tcPr>
            <w:tcW w:w="1008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A134AEC" w14:textId="77777777" w:rsidR="005F53FC" w:rsidRPr="00754CFB" w:rsidRDefault="005F53FC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21.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22-26 </w:t>
            </w:r>
            <w:proofErr w:type="spellStart"/>
            <w:r w:rsidRPr="00754CFB">
              <w:rPr>
                <w:rFonts w:ascii="Calibri" w:hAnsi="Calibri"/>
                <w:sz w:val="12"/>
              </w:rPr>
              <w:t>Şubat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12E0186" w14:textId="77777777" w:rsidR="005F53FC" w:rsidRPr="00754CFB" w:rsidRDefault="005F53FC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2+1*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CFD3797" w14:textId="77777777" w:rsidR="005F53FC" w:rsidRPr="00754CFB" w:rsidRDefault="005F53FC" w:rsidP="00A438D4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YAŞAYAN DEMOKRASİMİZ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4A6164" w14:textId="77777777" w:rsidR="005F53FC" w:rsidRPr="00754CFB" w:rsidRDefault="005F53FC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Yönetimin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Alma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Etkileyen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Unsurlar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5870261" w14:textId="77777777" w:rsidR="005F53FC" w:rsidRPr="00754CFB" w:rsidRDefault="005F53F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SB.6.4.1.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Yönetimin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alma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etkileyen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unsurları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7734743" w14:textId="77777777" w:rsidR="005F53FC" w:rsidRPr="00754CFB" w:rsidRDefault="005F53F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Yönetimin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alma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etkileyen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unsurları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Yönetimin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alma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etkileyen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unsurlar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C81B146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152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67AC5C4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008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F01A313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CDA1CEA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943784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229C32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DCEEA74" w14:textId="77777777" w:rsidR="005F53FC" w:rsidRPr="00754CFB" w:rsidRDefault="005F53FC" w:rsidP="000920F2">
            <w:pPr>
              <w:spacing w:after="0" w:line="240" w:lineRule="auto"/>
            </w:pPr>
          </w:p>
        </w:tc>
      </w:tr>
      <w:tr w:rsidR="005F53FC" w:rsidRPr="00754CFB" w14:paraId="0D63CF44" w14:textId="77777777" w:rsidTr="005F53F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02"/>
          <w:jc w:val="center"/>
        </w:trPr>
        <w:tc>
          <w:tcPr>
            <w:tcW w:w="792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14761F1" w14:textId="77777777" w:rsidR="005F53FC" w:rsidRPr="00754CFB" w:rsidRDefault="005F53FC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</w:p>
        </w:tc>
        <w:tc>
          <w:tcPr>
            <w:tcW w:w="1008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A85427A" w14:textId="77777777" w:rsidR="005F53FC" w:rsidRPr="00754CFB" w:rsidRDefault="005F53FC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</w:p>
        </w:tc>
        <w:tc>
          <w:tcPr>
            <w:tcW w:w="711" w:type="dxa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5419B0" w14:textId="77777777" w:rsidR="005F53FC" w:rsidRPr="00754CFB" w:rsidRDefault="005F53FC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>
              <w:rPr>
                <w:rFonts w:ascii="Calibri" w:hAnsi="Calibri"/>
                <w:sz w:val="12"/>
              </w:rPr>
              <w:t>1*</w:t>
            </w:r>
          </w:p>
        </w:tc>
        <w:tc>
          <w:tcPr>
            <w:tcW w:w="5544" w:type="dxa"/>
            <w:gridSpan w:val="6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66A46D6" w14:textId="77777777" w:rsidR="005F53FC" w:rsidRPr="005F53FC" w:rsidRDefault="005F53FC" w:rsidP="005F53FC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 w:rsidRPr="005F53FC">
              <w:rPr>
                <w:rFonts w:ascii="Calibri" w:hAnsi="Calibri"/>
                <w:sz w:val="12"/>
              </w:rPr>
              <w:t xml:space="preserve">* </w:t>
            </w:r>
            <w:r w:rsidRPr="005F53FC">
              <w:rPr>
                <w:rFonts w:ascii="Calibri" w:hAnsi="Calibri"/>
                <w:b/>
                <w:sz w:val="12"/>
              </w:rPr>
              <w:t>OKUL TEMELLİ PLANLAMA</w:t>
            </w:r>
            <w:r w:rsidRPr="005F53FC">
              <w:rPr>
                <w:rFonts w:ascii="Calibri" w:hAnsi="Calibri"/>
                <w:sz w:val="12"/>
              </w:rPr>
              <w:t xml:space="preserve"> - </w:t>
            </w:r>
            <w:proofErr w:type="spellStart"/>
            <w:r w:rsidRPr="005F53FC">
              <w:rPr>
                <w:rFonts w:ascii="Calibri" w:hAnsi="Calibri"/>
                <w:sz w:val="12"/>
              </w:rPr>
              <w:t>Öğrenciler</w:t>
            </w:r>
            <w:proofErr w:type="spellEnd"/>
            <w:r w:rsidRPr="005F53FC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5F53FC">
              <w:rPr>
                <w:rFonts w:ascii="Calibri" w:hAnsi="Calibri"/>
                <w:sz w:val="12"/>
              </w:rPr>
              <w:t>küçük</w:t>
            </w:r>
            <w:proofErr w:type="spellEnd"/>
            <w:r w:rsidRPr="005F53FC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5F53FC">
              <w:rPr>
                <w:rFonts w:ascii="Calibri" w:hAnsi="Calibri"/>
                <w:sz w:val="12"/>
              </w:rPr>
              <w:t>bir</w:t>
            </w:r>
            <w:proofErr w:type="spellEnd"/>
            <w:r w:rsidRPr="005F53FC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5F53FC">
              <w:rPr>
                <w:rFonts w:ascii="Calibri" w:hAnsi="Calibri"/>
                <w:sz w:val="12"/>
              </w:rPr>
              <w:t>konu</w:t>
            </w:r>
            <w:proofErr w:type="spellEnd"/>
            <w:r w:rsidRPr="005F53FC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5F53FC">
              <w:rPr>
                <w:rFonts w:ascii="Calibri" w:hAnsi="Calibri"/>
                <w:sz w:val="12"/>
              </w:rPr>
              <w:t>için</w:t>
            </w:r>
            <w:proofErr w:type="spellEnd"/>
            <w:r w:rsidRPr="005F53FC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5F53FC">
              <w:rPr>
                <w:rFonts w:ascii="Calibri" w:hAnsi="Calibri"/>
                <w:sz w:val="12"/>
              </w:rPr>
              <w:t>sınıfta</w:t>
            </w:r>
            <w:proofErr w:type="spellEnd"/>
            <w:r w:rsidRPr="005F53FC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5F53FC">
              <w:rPr>
                <w:rFonts w:ascii="Calibri" w:hAnsi="Calibri"/>
                <w:sz w:val="12"/>
              </w:rPr>
              <w:t>oylama</w:t>
            </w:r>
            <w:proofErr w:type="spellEnd"/>
            <w:r w:rsidRPr="005F53FC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5F53FC">
              <w:rPr>
                <w:rFonts w:ascii="Calibri" w:hAnsi="Calibri"/>
                <w:sz w:val="12"/>
              </w:rPr>
              <w:t>yapar</w:t>
            </w:r>
            <w:proofErr w:type="spellEnd"/>
            <w:r w:rsidRPr="005F53FC">
              <w:rPr>
                <w:rFonts w:ascii="Calibri" w:hAnsi="Calibri"/>
                <w:sz w:val="12"/>
              </w:rPr>
              <w:t>.</w:t>
            </w:r>
          </w:p>
          <w:p w14:paraId="562C47AC" w14:textId="77777777" w:rsidR="005F53FC" w:rsidRPr="00754CFB" w:rsidRDefault="005F53FC" w:rsidP="005F53FC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 w:rsidRPr="005F53FC">
              <w:rPr>
                <w:rFonts w:ascii="Calibri" w:hAnsi="Calibri"/>
                <w:sz w:val="12"/>
              </w:rPr>
              <w:t>(</w:t>
            </w:r>
            <w:proofErr w:type="spellStart"/>
            <w:r w:rsidRPr="005F53FC">
              <w:rPr>
                <w:rFonts w:ascii="Calibri" w:hAnsi="Calibri"/>
                <w:sz w:val="12"/>
              </w:rPr>
              <w:t>Kararlarda</w:t>
            </w:r>
            <w:proofErr w:type="spellEnd"/>
            <w:r w:rsidRPr="005F53FC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5F53FC">
              <w:rPr>
                <w:rFonts w:ascii="Calibri" w:hAnsi="Calibri"/>
                <w:sz w:val="12"/>
              </w:rPr>
              <w:t>Etkiliyim</w:t>
            </w:r>
            <w:proofErr w:type="spellEnd"/>
            <w:r w:rsidRPr="005F53FC">
              <w:rPr>
                <w:rFonts w:ascii="Calibri" w:hAnsi="Calibri"/>
                <w:sz w:val="12"/>
              </w:rPr>
              <w:t>)</w:t>
            </w: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BC679B5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152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83807FF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008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8978332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9112E6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38EAD17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393134A" w14:textId="77777777" w:rsidR="005F53FC" w:rsidRPr="00754CFB" w:rsidRDefault="005F53FC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57BFBF" w14:textId="77777777" w:rsidR="005F53FC" w:rsidRPr="00754CFB" w:rsidRDefault="005F53FC" w:rsidP="000920F2">
            <w:pPr>
              <w:spacing w:after="0" w:line="240" w:lineRule="auto"/>
            </w:pPr>
          </w:p>
        </w:tc>
      </w:tr>
      <w:tr w:rsidR="003020B8" w:rsidRPr="00754CFB" w14:paraId="3F13D4D7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913251E" w14:textId="77777777" w:rsidR="003020B8" w:rsidRPr="00754CFB" w:rsidRDefault="003020B8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MART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E83B953" w14:textId="77777777" w:rsidR="003020B8" w:rsidRPr="00754CFB" w:rsidRDefault="003020B8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22.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1-5 Mart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E69A5A8" w14:textId="77777777" w:rsidR="003020B8" w:rsidRPr="00754CFB" w:rsidRDefault="003020B8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04E549" w14:textId="77777777" w:rsidR="003020B8" w:rsidRPr="00754CFB" w:rsidRDefault="003020B8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YAŞAYAN DEMOKRASİMİZ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4DD17C2" w14:textId="77777777" w:rsidR="003020B8" w:rsidRPr="00754CFB" w:rsidRDefault="003020B8" w:rsidP="000920F2">
            <w:pPr>
              <w:spacing w:after="0" w:line="240" w:lineRule="auto"/>
            </w:pPr>
            <w:r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t xml:space="preserve">Temel Hak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E53915" w14:textId="77777777" w:rsidR="003020B8" w:rsidRPr="00754CFB" w:rsidRDefault="003020B8" w:rsidP="000920F2">
            <w:pPr>
              <w:spacing w:after="0" w:line="240" w:lineRule="auto"/>
            </w:pPr>
            <w:r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t xml:space="preserve">SB.6.4.2.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yorumlayabilme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4CB98AB" w14:textId="77777777" w:rsidR="003020B8" w:rsidRPr="00754CFB" w:rsidRDefault="003020B8" w:rsidP="0096428B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inceler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yazılı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yollarla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sunar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ifade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1ACC13F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152" w:type="dxa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7E6D46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008" w:type="dxa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C32D2AC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vMerge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C8EBD3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B0BC13D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D0114DC" w14:textId="77777777" w:rsidR="003020B8" w:rsidRPr="00754CFB" w:rsidRDefault="003020B8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D89EB47" w14:textId="77777777" w:rsidR="003020B8" w:rsidRPr="00754CFB" w:rsidRDefault="003020B8" w:rsidP="000920F2">
            <w:pPr>
              <w:spacing w:after="0" w:line="240" w:lineRule="auto"/>
            </w:pPr>
          </w:p>
        </w:tc>
      </w:tr>
      <w:tr w:rsidR="002F1112" w:rsidRPr="00754CFB" w14:paraId="00935D72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16119" w:type="dxa"/>
            <w:gridSpan w:val="21"/>
            <w:shd w:val="clear" w:color="auto" w:fill="FEF3C7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6D911F8" w14:textId="77777777" w:rsidR="002F1112" w:rsidRPr="00754CFB" w:rsidRDefault="004342E2" w:rsidP="000920F2">
            <w:pPr>
              <w:spacing w:after="0"/>
              <w:jc w:val="center"/>
            </w:pPr>
            <w:r w:rsidRPr="00754CFB">
              <w:rPr>
                <w:rFonts w:ascii="Calibri" w:hAnsi="Calibri"/>
                <w:b/>
                <w:sz w:val="14"/>
              </w:rPr>
              <w:t>RAMAZAN BAYRAMI (8,9,10 VE 11 MART 2027)</w:t>
            </w:r>
          </w:p>
        </w:tc>
      </w:tr>
      <w:tr w:rsidR="002F1112" w:rsidRPr="00754CFB" w14:paraId="013BFE75" w14:textId="77777777" w:rsidTr="0029088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16119" w:type="dxa"/>
            <w:gridSpan w:val="21"/>
            <w:shd w:val="clear" w:color="auto" w:fill="EAF1DD" w:themeFill="accent3" w:themeFillTint="33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07485C1" w14:textId="77777777" w:rsidR="002F1112" w:rsidRPr="00754CFB" w:rsidRDefault="004342E2" w:rsidP="000920F2">
            <w:pPr>
              <w:spacing w:after="0"/>
              <w:jc w:val="center"/>
            </w:pPr>
            <w:r w:rsidRPr="00754CFB">
              <w:rPr>
                <w:rFonts w:ascii="Calibri" w:hAnsi="Calibri"/>
                <w:b/>
                <w:sz w:val="14"/>
              </w:rPr>
              <w:t>2. DÖNEM ARA TATİLİ: 8-12 MAR</w:t>
            </w:r>
            <w:r w:rsidRPr="00072616">
              <w:rPr>
                <w:rFonts w:ascii="Calibri" w:hAnsi="Calibri"/>
                <w:b/>
                <w:sz w:val="14"/>
                <w:shd w:val="clear" w:color="auto" w:fill="99FF66"/>
              </w:rPr>
              <w:t>T</w:t>
            </w:r>
            <w:r w:rsidRPr="00754CFB">
              <w:rPr>
                <w:rFonts w:ascii="Calibri" w:hAnsi="Calibri"/>
                <w:b/>
                <w:sz w:val="14"/>
              </w:rPr>
              <w:t xml:space="preserve"> 2027</w:t>
            </w:r>
          </w:p>
        </w:tc>
      </w:tr>
      <w:tr w:rsidR="002F1112" w:rsidRPr="00754CFB" w14:paraId="22E0EE75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59D761A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MART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C8B05B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23.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15-19 Mart</w:t>
            </w:r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22265DC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CAA5162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YAŞAYAN DEMOKRASİMİZ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D00F9BD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Temel Hak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9799908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SB.6.4.2.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yorumlayabilme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F0ABC8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inceler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lamdan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kopmadan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dönüştürür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Toplumsal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sürdürülmesinde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temel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önemini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nesnel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doğru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anlamı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değiştirmeyecek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şekilde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yeniden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ifade </w:t>
            </w:r>
            <w:proofErr w:type="spellStart"/>
            <w:r w:rsidRPr="00754CFB">
              <w:rPr>
                <w:rFonts w:ascii="Calibri" w:hAnsi="Calibri"/>
                <w:sz w:val="12"/>
              </w:rPr>
              <w:t>eder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FB1CBB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Kavram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ağları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Zihin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haritaları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>Öz-</w:t>
            </w:r>
            <w:proofErr w:type="spellStart"/>
            <w:r w:rsidRPr="00754CFB">
              <w:rPr>
                <w:rFonts w:ascii="Calibri" w:hAnsi="Calibri"/>
                <w:sz w:val="12"/>
              </w:rPr>
              <w:t>akran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görevi</w:t>
            </w:r>
            <w:proofErr w:type="spellEnd"/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89FC3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F9C978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D1. Adalet, </w:t>
            </w:r>
            <w:r w:rsidRPr="00754CFB">
              <w:rPr>
                <w:rFonts w:ascii="Calibri" w:hAnsi="Calibri"/>
                <w:sz w:val="12"/>
              </w:rPr>
              <w:br/>
              <w:t xml:space="preserve">D2. Aile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Bütünlüğü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D8. </w:t>
            </w:r>
            <w:proofErr w:type="spellStart"/>
            <w:r w:rsidRPr="00754CFB">
              <w:rPr>
                <w:rFonts w:ascii="Calibri" w:hAnsi="Calibri"/>
                <w:sz w:val="12"/>
              </w:rPr>
              <w:t>Mahremiyet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D11. </w:t>
            </w:r>
            <w:proofErr w:type="spellStart"/>
            <w:r w:rsidRPr="00754CFB">
              <w:rPr>
                <w:rFonts w:ascii="Calibri" w:hAnsi="Calibri"/>
                <w:sz w:val="12"/>
              </w:rPr>
              <w:t>Özgürlük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D13. </w:t>
            </w:r>
            <w:proofErr w:type="spellStart"/>
            <w:r w:rsidRPr="00754CFB">
              <w:rPr>
                <w:rFonts w:ascii="Calibri" w:hAnsi="Calibri"/>
                <w:sz w:val="12"/>
              </w:rPr>
              <w:t>Sağlıklı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Yaşam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D16.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</w:t>
            </w:r>
            <w:proofErr w:type="spellEnd"/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6CF014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OB6.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F42FC4A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İstiklâl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Marşı'nın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Kabulü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Mehmet Akif Ersoy'u Anma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(12 Mart)                                             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Şehitler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  <w:t xml:space="preserve"> (18 Mart)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7D59899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84BE6C5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58EA07D7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A28BEA5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MART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2685FF" w14:textId="77777777" w:rsidR="00882B42" w:rsidRDefault="004342E2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 w:rsidRPr="00754CFB">
              <w:rPr>
                <w:rFonts w:ascii="Calibri" w:hAnsi="Calibri"/>
                <w:sz w:val="12"/>
              </w:rPr>
              <w:t xml:space="preserve">24.Hafta       </w:t>
            </w:r>
          </w:p>
          <w:p w14:paraId="78EF8178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22-26 Mart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46BFEC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03D86CC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YAŞAYAN DEMOKRASİMİZ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368ED38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Hak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B613E29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SB.6.4.3.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sorgulayabilme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C9A62F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tanımlar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güncellik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bilimsellik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açısından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doğruluğunu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değerlendirdiği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hareketle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yapar</w:t>
            </w:r>
            <w:proofErr w:type="spellEnd"/>
            <w:r w:rsidRPr="00754CFB">
              <w:rPr>
                <w:rFonts w:ascii="Calibri" w:hAnsi="Calibri"/>
                <w:sz w:val="12"/>
              </w:rPr>
              <w:t>..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D28C4C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Kavram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ağları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Zihin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haritaları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>Öz-</w:t>
            </w:r>
            <w:proofErr w:type="spellStart"/>
            <w:r w:rsidRPr="00754CFB">
              <w:rPr>
                <w:rFonts w:ascii="Calibri" w:hAnsi="Calibri"/>
                <w:sz w:val="12"/>
              </w:rPr>
              <w:t>akran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görevi</w:t>
            </w:r>
            <w:proofErr w:type="spellEnd"/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D5D03CB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</w:t>
            </w:r>
            <w:r w:rsidRPr="00754CFB">
              <w:rPr>
                <w:rFonts w:ascii="Calibri" w:hAnsi="Calibri"/>
                <w:sz w:val="12"/>
              </w:rPr>
              <w:br/>
              <w:t xml:space="preserve">SDB2.3. Sosyal </w:t>
            </w:r>
            <w:proofErr w:type="spellStart"/>
            <w:r w:rsidRPr="00754CFB">
              <w:rPr>
                <w:rFonts w:ascii="Calibri" w:hAnsi="Calibri"/>
                <w:sz w:val="12"/>
              </w:rPr>
              <w:t>Farkındalık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6767D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D1. Adalet, </w:t>
            </w:r>
            <w:r w:rsidRPr="00754CFB">
              <w:rPr>
                <w:rFonts w:ascii="Calibri" w:hAnsi="Calibri"/>
                <w:sz w:val="12"/>
              </w:rPr>
              <w:br/>
              <w:t xml:space="preserve">D2. Aile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Bütünlüğü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D8. </w:t>
            </w:r>
            <w:proofErr w:type="spellStart"/>
            <w:r w:rsidRPr="00754CFB">
              <w:rPr>
                <w:rFonts w:ascii="Calibri" w:hAnsi="Calibri"/>
                <w:sz w:val="12"/>
              </w:rPr>
              <w:t>Mahremiyet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D11. </w:t>
            </w:r>
            <w:proofErr w:type="spellStart"/>
            <w:r w:rsidRPr="00754CFB">
              <w:rPr>
                <w:rFonts w:ascii="Calibri" w:hAnsi="Calibri"/>
                <w:sz w:val="12"/>
              </w:rPr>
              <w:t>Özgürlük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D13. </w:t>
            </w:r>
            <w:proofErr w:type="spellStart"/>
            <w:r w:rsidRPr="00754CFB">
              <w:rPr>
                <w:rFonts w:ascii="Calibri" w:hAnsi="Calibri"/>
                <w:sz w:val="12"/>
              </w:rPr>
              <w:t>Sağlıklı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Yaşam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D16.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E06E4C4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OB1. Bilgi Okuryazarlığı, 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OB6.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Okuryazarlığı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830840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Türk </w:t>
            </w:r>
            <w:proofErr w:type="spellStart"/>
            <w:r w:rsidRPr="00754CFB">
              <w:rPr>
                <w:rFonts w:ascii="Calibri" w:hAnsi="Calibri"/>
                <w:sz w:val="12"/>
              </w:rPr>
              <w:t>Dünyası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Toplulukları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(21 Mart </w:t>
            </w:r>
            <w:proofErr w:type="spellStart"/>
            <w:r w:rsidRPr="00754CFB">
              <w:rPr>
                <w:rFonts w:ascii="Calibri" w:hAnsi="Calibri"/>
                <w:sz w:val="12"/>
              </w:rPr>
              <w:t>Nevruz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Günü'nü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)</w:t>
            </w: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2E038F3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EF57081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38684DB2" w14:textId="77777777" w:rsidTr="00EC14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3BA124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MART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BA1BA57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25.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29 Mart-2 Nisan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6769AC3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2+(1)*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1BE7C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YAŞAYAN DEMOKRASİMİZ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96CACE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  <w:t xml:space="preserve">Hak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FEF05B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SB.6.4.3.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sorgulayabilme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BA54BC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tanımlar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güncellik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bilimsellik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açısından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doğruluğunu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değerlendirdiği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hareketle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9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516678" w14:textId="77777777" w:rsidR="002F1112" w:rsidRPr="00754CFB" w:rsidRDefault="004342E2" w:rsidP="00EC1413">
            <w:pPr>
              <w:spacing w:after="0" w:line="240" w:lineRule="auto"/>
              <w:jc w:val="center"/>
            </w:pPr>
            <w:r w:rsidRPr="00EC1413">
              <w:rPr>
                <w:rFonts w:ascii="Calibri" w:hAnsi="Calibri"/>
                <w:b/>
                <w:sz w:val="12"/>
              </w:rPr>
              <w:t>SINAV HAFTASI</w:t>
            </w:r>
            <w:r w:rsidRPr="00754CFB">
              <w:rPr>
                <w:rFonts w:ascii="Calibri" w:hAnsi="Calibri"/>
                <w:sz w:val="12"/>
              </w:rPr>
              <w:br/>
              <w:t>(29 Mart-9 Nisan 2027)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FD4EFF3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705F58C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AA9E582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D68A69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88C459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8E15AE1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1F5DDA01" w14:textId="77777777" w:rsidTr="00EC141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47964FB" w14:textId="77777777" w:rsidR="002F1112" w:rsidRPr="00754CFB" w:rsidRDefault="00D93622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NİSAN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023B752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26.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5-9 Nisan</w:t>
            </w:r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3C78DD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2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BF5995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YAŞAYAN DEMOKRASİMİZ</w:t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br/>
              <w:t>İ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8087D63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  <w:t xml:space="preserve">Hak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Sorumluluklarına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8BF368D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SB.6.4.3.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sorgulayabilme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A9C952B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tanımlar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sorular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(5N1K).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güncellik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bilimsellik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açısından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Vatandaşlık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kullanımında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dijitalleşme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doğruluğunu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değerlendirdiği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hareketle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çıkarımlar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9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135336" w14:textId="77777777" w:rsidR="002F1112" w:rsidRPr="00754CFB" w:rsidRDefault="004342E2" w:rsidP="00EC1413">
            <w:pPr>
              <w:spacing w:after="0" w:line="240" w:lineRule="auto"/>
              <w:jc w:val="center"/>
            </w:pPr>
            <w:r w:rsidRPr="00EC1413">
              <w:rPr>
                <w:rFonts w:ascii="Calibri" w:hAnsi="Calibri"/>
                <w:b/>
                <w:sz w:val="12"/>
              </w:rPr>
              <w:t>SINAV HAFTASI</w:t>
            </w:r>
            <w:r w:rsidRPr="00EC1413">
              <w:rPr>
                <w:rFonts w:ascii="Calibri" w:hAnsi="Calibri"/>
                <w:b/>
                <w:sz w:val="12"/>
              </w:rPr>
              <w:br/>
            </w:r>
            <w:r w:rsidRPr="00754CFB">
              <w:rPr>
                <w:rFonts w:ascii="Calibri" w:hAnsi="Calibri"/>
                <w:sz w:val="12"/>
              </w:rPr>
              <w:t>(29 Mart-9 Nisan 2027)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46C0820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806E5F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D16F592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D7D1B0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693F2C6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4D58BB7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EC1413" w:rsidRPr="00754CFB" w14:paraId="063EA76B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E8108C4" w14:textId="77777777" w:rsidR="00EC1413" w:rsidRPr="00754CFB" w:rsidRDefault="00EC1413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NİSAN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73A2E14" w14:textId="77777777" w:rsidR="00EC1413" w:rsidRPr="00754CFB" w:rsidRDefault="00EC1413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26.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5-9 Nisan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E069E3E" w14:textId="77777777" w:rsidR="00EC1413" w:rsidRPr="00754CFB" w:rsidRDefault="00EC1413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1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EF1765C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HAYATIMIZDAKİ EKONOMİ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05665FD" w14:textId="77777777" w:rsidR="00EC1413" w:rsidRPr="00754CFB" w:rsidRDefault="00EC1413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D936815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SB.6.5.1.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0CF148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A91102D" w14:textId="77777777" w:rsidR="00EC1413" w:rsidRPr="00754CFB" w:rsidRDefault="00EC1413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Anekdot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kaydı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ölçeği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Kavram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haritası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Zihin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haritası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Analitik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</w:p>
        </w:tc>
        <w:tc>
          <w:tcPr>
            <w:tcW w:w="1152" w:type="dxa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2670F5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 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SDB3.2. </w:t>
            </w:r>
            <w:proofErr w:type="spellStart"/>
            <w:r w:rsidRPr="00754CFB">
              <w:rPr>
                <w:rFonts w:ascii="Calibri" w:hAnsi="Calibri"/>
                <w:sz w:val="12"/>
              </w:rPr>
              <w:t>Esneklik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FC81BFA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D3.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Çalışkanlık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D6. </w:t>
            </w:r>
            <w:proofErr w:type="spellStart"/>
            <w:r w:rsidRPr="00754CFB">
              <w:rPr>
                <w:rFonts w:ascii="Calibri" w:hAnsi="Calibri"/>
                <w:sz w:val="12"/>
              </w:rPr>
              <w:t>Dürüstlük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vMerge w:val="restart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AE62FC5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Okuryazarlık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C36C6A" w14:textId="77777777" w:rsidR="00EC1413" w:rsidRPr="00754CFB" w:rsidRDefault="00EC1413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322DBCE" w14:textId="77777777" w:rsidR="00EC1413" w:rsidRPr="00754CFB" w:rsidRDefault="00EC1413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B571146" w14:textId="77777777" w:rsidR="00EC1413" w:rsidRPr="00754CFB" w:rsidRDefault="00EC1413" w:rsidP="000920F2">
            <w:pPr>
              <w:spacing w:after="0" w:line="240" w:lineRule="auto"/>
            </w:pPr>
          </w:p>
        </w:tc>
      </w:tr>
      <w:tr w:rsidR="00EC1413" w:rsidRPr="00754CFB" w14:paraId="3A02ECE4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CA9572A" w14:textId="77777777" w:rsidR="00EC1413" w:rsidRPr="00754CFB" w:rsidRDefault="00EC1413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NİSAN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781AEEF" w14:textId="77777777" w:rsidR="00EC1413" w:rsidRPr="00754CFB" w:rsidRDefault="00EC1413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27.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12-16 Nisan</w:t>
            </w:r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210E5F" w14:textId="77777777" w:rsidR="00EC1413" w:rsidRPr="00754CFB" w:rsidRDefault="00EC1413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311C9E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HAYATIMIZDAKİ EKONOMİ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723A587" w14:textId="77777777" w:rsidR="00EC1413" w:rsidRPr="00754CFB" w:rsidRDefault="00EC1413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D91F480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SB.6.5.1.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35D9EC6" w14:textId="77777777" w:rsidR="00EC1413" w:rsidRPr="00754CFB" w:rsidRDefault="00EC1413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9A10EAF" w14:textId="77777777" w:rsidR="00EC1413" w:rsidRPr="00754CFB" w:rsidRDefault="00EC1413" w:rsidP="000920F2">
            <w:pPr>
              <w:spacing w:after="0" w:line="240" w:lineRule="auto"/>
            </w:pPr>
          </w:p>
        </w:tc>
        <w:tc>
          <w:tcPr>
            <w:tcW w:w="1152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2BD3A0C" w14:textId="77777777" w:rsidR="00EC1413" w:rsidRPr="00754CFB" w:rsidRDefault="00EC1413" w:rsidP="000920F2">
            <w:pPr>
              <w:spacing w:after="0" w:line="240" w:lineRule="auto"/>
            </w:pPr>
          </w:p>
        </w:tc>
        <w:tc>
          <w:tcPr>
            <w:tcW w:w="1008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068BC79" w14:textId="77777777" w:rsidR="00EC1413" w:rsidRPr="00754CFB" w:rsidRDefault="00EC1413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D1326D4" w14:textId="77777777" w:rsidR="00EC1413" w:rsidRPr="00754CFB" w:rsidRDefault="00EC1413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2C567B0" w14:textId="77777777" w:rsidR="00EC1413" w:rsidRPr="00754CFB" w:rsidRDefault="00EC1413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278827" w14:textId="77777777" w:rsidR="00EC1413" w:rsidRPr="00754CFB" w:rsidRDefault="00EC1413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9F2960" w14:textId="77777777" w:rsidR="00EC1413" w:rsidRPr="00754CFB" w:rsidRDefault="00EC1413" w:rsidP="000920F2">
            <w:pPr>
              <w:spacing w:after="0" w:line="240" w:lineRule="auto"/>
            </w:pPr>
          </w:p>
        </w:tc>
      </w:tr>
      <w:tr w:rsidR="002F1112" w:rsidRPr="00754CFB" w14:paraId="3205D38F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D46B654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NİSAN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CD83A4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28.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19-23 Nisan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33FFD3A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8E25AF5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HAYATIMIZDAKİ EKONOMİ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C84E61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73D639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SB.6.5.1.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7EE33A2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83F890B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87957DF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22CB692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864A72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86C574A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23 Nisan </w:t>
            </w:r>
            <w:proofErr w:type="spellStart"/>
            <w:r w:rsidRPr="00754CFB">
              <w:rPr>
                <w:rFonts w:ascii="Calibri" w:hAnsi="Calibri"/>
                <w:sz w:val="12"/>
              </w:rPr>
              <w:t>Ulusal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Egemenlik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Çocuk </w:t>
            </w:r>
            <w:proofErr w:type="spellStart"/>
            <w:r w:rsidRPr="00754CFB">
              <w:rPr>
                <w:rFonts w:ascii="Calibri" w:hAnsi="Calibri"/>
                <w:sz w:val="12"/>
              </w:rPr>
              <w:t>Bayramı</w:t>
            </w:r>
            <w:proofErr w:type="spellEnd"/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F5D622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C8A55AF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27435D3F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91E0E4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NİSAN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B6D550C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29.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>26-30 Nisan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C6470C1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4697EF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HAYATIMIZDAKİ EKONOMİ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3F78C7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Meslekler</w:t>
            </w:r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50932AD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SB.6.5.1.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ilişkiyi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çözümleyebilme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CE9DC28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özelliklerini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Ülkemizin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2AFC50B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C272104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2A977B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021B6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8E32B52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29 Nisan </w:t>
            </w:r>
            <w:proofErr w:type="spellStart"/>
            <w:r w:rsidRPr="00754CFB">
              <w:rPr>
                <w:rFonts w:ascii="Calibri" w:hAnsi="Calibri"/>
                <w:sz w:val="12"/>
              </w:rPr>
              <w:t>Kût'ül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Amâre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Zaferi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 </w:t>
            </w:r>
            <w:r w:rsidRPr="00754CFB">
              <w:rPr>
                <w:rFonts w:ascii="Calibri" w:hAnsi="Calibri"/>
                <w:sz w:val="12"/>
              </w:rPr>
              <w:br/>
              <w:t xml:space="preserve"> 1 </w:t>
            </w:r>
            <w:proofErr w:type="spellStart"/>
            <w:r w:rsidRPr="00754CFB">
              <w:rPr>
                <w:rFonts w:ascii="Calibri" w:hAnsi="Calibri"/>
                <w:sz w:val="12"/>
              </w:rPr>
              <w:t>Mayıs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Emek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Dayanışma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Günü</w:t>
            </w:r>
            <w:proofErr w:type="spellEnd"/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E01B2E5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238C752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2D51385A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5D062A" w14:textId="77777777" w:rsidR="002F1112" w:rsidRPr="00754CFB" w:rsidRDefault="008B15C5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MAYIS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C24FA7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30.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3-7 </w:t>
            </w:r>
            <w:proofErr w:type="spellStart"/>
            <w:r w:rsidRPr="00754CFB">
              <w:rPr>
                <w:rFonts w:ascii="Calibri" w:hAnsi="Calibri"/>
                <w:sz w:val="12"/>
              </w:rPr>
              <w:t>Mayıs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6767DB5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C13989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HAYATIMIZDAKİ EKONOMİ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C8F9C3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Meslekler</w:t>
            </w:r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622822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SB.6.5.2.Ekonomik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meslekler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kanıta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öngörüde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4E7397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deneyimlerinden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meslekleri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gelecekte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çıkabilecek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meslekler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593EE94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734A31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60B451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DF26C0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8282CC0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849AF85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DDF5F20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941BD5" w:rsidRPr="00754CFB" w14:paraId="5A79656B" w14:textId="77777777" w:rsidTr="00941BD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113"/>
          <w:jc w:val="center"/>
        </w:trPr>
        <w:tc>
          <w:tcPr>
            <w:tcW w:w="792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FEB9390" w14:textId="77777777" w:rsidR="00941BD5" w:rsidRPr="00754CFB" w:rsidRDefault="00941BD5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MAYIS</w:t>
            </w:r>
          </w:p>
        </w:tc>
        <w:tc>
          <w:tcPr>
            <w:tcW w:w="1008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88BE00" w14:textId="77777777" w:rsidR="00941BD5" w:rsidRPr="00754CFB" w:rsidRDefault="00941BD5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31.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10-14 </w:t>
            </w:r>
            <w:proofErr w:type="spellStart"/>
            <w:r w:rsidRPr="00754CFB">
              <w:rPr>
                <w:rFonts w:ascii="Calibri" w:hAnsi="Calibri"/>
                <w:sz w:val="12"/>
              </w:rPr>
              <w:t>Mayıs</w:t>
            </w:r>
            <w:proofErr w:type="spellEnd"/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7EDD2CD" w14:textId="77777777" w:rsidR="00941BD5" w:rsidRPr="00754CFB" w:rsidRDefault="00941BD5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2+1*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BCE348" w14:textId="77777777" w:rsidR="00941BD5" w:rsidRPr="00754CFB" w:rsidRDefault="00941BD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HAYATIMIZDAKİ EKONOMİ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E680EB6" w14:textId="77777777" w:rsidR="00941BD5" w:rsidRPr="00754CFB" w:rsidRDefault="00941BD5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Meslekler</w:t>
            </w:r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9090F85" w14:textId="77777777" w:rsidR="00941BD5" w:rsidRPr="00754CFB" w:rsidRDefault="00941BD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SB.6.5.2.Ekonomik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meslekler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arasındaki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kanıta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öngörüde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BA52C06" w14:textId="77777777" w:rsidR="00941BD5" w:rsidRPr="00754CFB" w:rsidRDefault="00941BD5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deneyimlerinden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yola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meslekleri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ilişkilendirir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Ekonomik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faaliyetlerdeki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değişime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bağlı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gelecekte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çıkabilecek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meslekler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hakkında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çıkarımda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A969953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152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E84F95D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008" w:type="dxa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E5F5A6D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B1CC1D2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9444DF0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C6EAFF4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 w:val="restart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D60ED39" w14:textId="77777777" w:rsidR="00941BD5" w:rsidRPr="00754CFB" w:rsidRDefault="00941BD5" w:rsidP="000920F2">
            <w:pPr>
              <w:spacing w:after="0" w:line="240" w:lineRule="auto"/>
            </w:pPr>
          </w:p>
        </w:tc>
      </w:tr>
      <w:tr w:rsidR="00941BD5" w:rsidRPr="00754CFB" w14:paraId="01914DC5" w14:textId="77777777" w:rsidTr="00941BD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73"/>
          <w:jc w:val="center"/>
        </w:trPr>
        <w:tc>
          <w:tcPr>
            <w:tcW w:w="792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E349F2C" w14:textId="77777777" w:rsidR="00941BD5" w:rsidRDefault="00941BD5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</w:p>
        </w:tc>
        <w:tc>
          <w:tcPr>
            <w:tcW w:w="1008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CB4B01" w14:textId="77777777" w:rsidR="00941BD5" w:rsidRPr="00754CFB" w:rsidRDefault="00941BD5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</w:p>
        </w:tc>
        <w:tc>
          <w:tcPr>
            <w:tcW w:w="711" w:type="dxa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9092E1E" w14:textId="77777777" w:rsidR="00941BD5" w:rsidRPr="00754CFB" w:rsidRDefault="00941BD5" w:rsidP="000920F2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>
              <w:rPr>
                <w:rFonts w:ascii="Calibri" w:hAnsi="Calibri"/>
                <w:sz w:val="12"/>
              </w:rPr>
              <w:t>1*</w:t>
            </w:r>
          </w:p>
        </w:tc>
        <w:tc>
          <w:tcPr>
            <w:tcW w:w="5544" w:type="dxa"/>
            <w:gridSpan w:val="6"/>
            <w:shd w:val="clear" w:color="auto" w:fill="CC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3B1D0D" w14:textId="77777777" w:rsidR="00941BD5" w:rsidRPr="00941BD5" w:rsidRDefault="00941BD5" w:rsidP="00941BD5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>
              <w:rPr>
                <w:rFonts w:ascii="Calibri" w:hAnsi="Calibri"/>
                <w:b/>
                <w:sz w:val="12"/>
              </w:rPr>
              <w:t>*</w:t>
            </w:r>
            <w:r w:rsidRPr="00941BD5">
              <w:rPr>
                <w:rFonts w:ascii="Calibri" w:hAnsi="Calibri"/>
                <w:b/>
                <w:sz w:val="12"/>
              </w:rPr>
              <w:t>OKUL TEMELLİ PLANLAMA -</w:t>
            </w:r>
            <w:r w:rsidRPr="00941BD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2"/>
              </w:rPr>
              <w:t>Veliler</w:t>
            </w:r>
            <w:proofErr w:type="spellEnd"/>
            <w:r w:rsidRPr="00941BD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2"/>
              </w:rPr>
              <w:t>mesleklerini</w:t>
            </w:r>
            <w:proofErr w:type="spellEnd"/>
            <w:r w:rsidRPr="00941BD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2"/>
              </w:rPr>
              <w:t>öğrencilere</w:t>
            </w:r>
            <w:proofErr w:type="spellEnd"/>
            <w:r w:rsidRPr="00941BD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2"/>
              </w:rPr>
              <w:t>tanıtır</w:t>
            </w:r>
            <w:proofErr w:type="spellEnd"/>
            <w:r w:rsidRPr="00941BD5">
              <w:rPr>
                <w:rFonts w:ascii="Calibri" w:hAnsi="Calibri"/>
                <w:sz w:val="12"/>
              </w:rPr>
              <w:t>.</w:t>
            </w:r>
          </w:p>
          <w:p w14:paraId="16D641A2" w14:textId="77777777" w:rsidR="00941BD5" w:rsidRPr="00754CFB" w:rsidRDefault="00941BD5" w:rsidP="00941BD5">
            <w:pPr>
              <w:spacing w:after="0" w:line="240" w:lineRule="auto"/>
              <w:jc w:val="center"/>
              <w:rPr>
                <w:rFonts w:ascii="Calibri" w:hAnsi="Calibri"/>
                <w:sz w:val="12"/>
              </w:rPr>
            </w:pPr>
            <w:r w:rsidRPr="00941BD5">
              <w:rPr>
                <w:rFonts w:ascii="Calibri" w:hAnsi="Calibri"/>
                <w:sz w:val="12"/>
              </w:rPr>
              <w:t>(</w:t>
            </w:r>
            <w:proofErr w:type="spellStart"/>
            <w:r w:rsidRPr="00941BD5">
              <w:rPr>
                <w:rFonts w:ascii="Calibri" w:hAnsi="Calibri"/>
                <w:sz w:val="12"/>
              </w:rPr>
              <w:t>Meslekleri</w:t>
            </w:r>
            <w:proofErr w:type="spellEnd"/>
            <w:r w:rsidRPr="00941BD5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2"/>
              </w:rPr>
              <w:t>Tanıyorum</w:t>
            </w:r>
            <w:proofErr w:type="spellEnd"/>
            <w:r w:rsidRPr="00941BD5">
              <w:rPr>
                <w:rFonts w:ascii="Calibri" w:hAnsi="Calibri"/>
                <w:sz w:val="12"/>
              </w:rPr>
              <w:t>)</w:t>
            </w: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4A0A963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152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28F0406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008" w:type="dxa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39A117B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89D511C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63D6634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C86BA39" w14:textId="77777777" w:rsidR="00941BD5" w:rsidRPr="00754CFB" w:rsidRDefault="00941BD5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vMerge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7A2F4AC" w14:textId="77777777" w:rsidR="00941BD5" w:rsidRPr="00754CFB" w:rsidRDefault="00941BD5" w:rsidP="000920F2">
            <w:pPr>
              <w:spacing w:after="0" w:line="240" w:lineRule="auto"/>
            </w:pPr>
          </w:p>
        </w:tc>
      </w:tr>
      <w:tr w:rsidR="002F1112" w:rsidRPr="00754CFB" w14:paraId="2FE99745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16119" w:type="dxa"/>
            <w:gridSpan w:val="21"/>
            <w:shd w:val="clear" w:color="auto" w:fill="FEF3C7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E612588" w14:textId="77777777" w:rsidR="002F1112" w:rsidRPr="00754CFB" w:rsidRDefault="004342E2" w:rsidP="000920F2">
            <w:pPr>
              <w:spacing w:after="0"/>
              <w:jc w:val="center"/>
            </w:pPr>
            <w:r w:rsidRPr="00754CFB">
              <w:rPr>
                <w:rFonts w:ascii="Calibri" w:hAnsi="Calibri"/>
                <w:b/>
                <w:sz w:val="14"/>
              </w:rPr>
              <w:t xml:space="preserve">KURBAN BAYRAMI (15,16,17,18 </w:t>
            </w:r>
            <w:proofErr w:type="spellStart"/>
            <w:r w:rsidRPr="00754CFB">
              <w:rPr>
                <w:rFonts w:ascii="Calibri" w:hAnsi="Calibri"/>
                <w:b/>
                <w:sz w:val="14"/>
              </w:rPr>
              <w:t>ve</w:t>
            </w:r>
            <w:proofErr w:type="spellEnd"/>
            <w:r w:rsidRPr="00754CFB">
              <w:rPr>
                <w:rFonts w:ascii="Calibri" w:hAnsi="Calibri"/>
                <w:b/>
                <w:sz w:val="14"/>
              </w:rPr>
              <w:t xml:space="preserve"> 19 </w:t>
            </w:r>
            <w:proofErr w:type="spellStart"/>
            <w:r w:rsidRPr="00754CFB">
              <w:rPr>
                <w:rFonts w:ascii="Calibri" w:hAnsi="Calibri"/>
                <w:b/>
                <w:sz w:val="14"/>
              </w:rPr>
              <w:t>Mayıs</w:t>
            </w:r>
            <w:proofErr w:type="spellEnd"/>
            <w:r w:rsidRPr="00754CFB">
              <w:rPr>
                <w:rFonts w:ascii="Calibri" w:hAnsi="Calibri"/>
                <w:b/>
                <w:sz w:val="14"/>
              </w:rPr>
              <w:t>)</w:t>
            </w:r>
          </w:p>
        </w:tc>
      </w:tr>
      <w:tr w:rsidR="002F1112" w:rsidRPr="00754CFB" w14:paraId="1B2C482B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16119" w:type="dxa"/>
            <w:gridSpan w:val="21"/>
            <w:shd w:val="clear" w:color="auto" w:fill="FEF3C7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F5CEE3C" w14:textId="77777777" w:rsidR="002F1112" w:rsidRPr="00754CFB" w:rsidRDefault="004342E2" w:rsidP="000920F2">
            <w:pPr>
              <w:spacing w:after="0"/>
              <w:jc w:val="center"/>
            </w:pPr>
            <w:r w:rsidRPr="00754CFB">
              <w:rPr>
                <w:rFonts w:ascii="Calibri" w:hAnsi="Calibri"/>
                <w:b/>
                <w:sz w:val="14"/>
              </w:rPr>
              <w:t>19 MAYIS ATATÜRK'Ü ANMA VE GENÇLİK VE SPOR BAYRAMI</w:t>
            </w:r>
          </w:p>
        </w:tc>
      </w:tr>
      <w:tr w:rsidR="002F1112" w:rsidRPr="00754CFB" w14:paraId="3CBD4F36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CD96155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MAYIS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A77A6D7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32.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17-21 </w:t>
            </w:r>
            <w:proofErr w:type="spellStart"/>
            <w:r w:rsidRPr="00754CFB">
              <w:rPr>
                <w:rFonts w:ascii="Calibri" w:hAnsi="Calibri"/>
                <w:sz w:val="12"/>
              </w:rPr>
              <w:t>Mayıs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4838FC" w14:textId="77777777" w:rsidR="002F1112" w:rsidRPr="00754CFB" w:rsidRDefault="0098307C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CBEDBD7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HAYATIMIZDAKİ EKONOMİ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10474BD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Tasarlanan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FF41E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SB.6.5.3.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proje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hazırlayabilme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8F8964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projelerini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sorgular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gözlemlerine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tahminlerde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Olası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riskleri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değerlendirerek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belirlenmesine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gerekçe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sunarak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aşaması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gerekli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yönetir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proje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raporu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oluşturur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E9698C5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Kontrol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listesi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Gözlem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formu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Anekdot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kaydı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Derecelendirme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ölçeği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Kavram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haritası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Zihin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haritası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Performans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görevi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Analitik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bütüncül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dereceli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puanlama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anahtarı</w:t>
            </w:r>
            <w:proofErr w:type="spellEnd"/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26F966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 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 </w:t>
            </w:r>
            <w:r w:rsidRPr="00754CFB">
              <w:rPr>
                <w:rFonts w:ascii="Calibri" w:hAnsi="Calibri"/>
                <w:sz w:val="12"/>
              </w:rPr>
              <w:br/>
              <w:t xml:space="preserve">SDB3.1. </w:t>
            </w:r>
            <w:proofErr w:type="spellStart"/>
            <w:r w:rsidRPr="00754CFB">
              <w:rPr>
                <w:rFonts w:ascii="Calibri" w:hAnsi="Calibri"/>
                <w:sz w:val="12"/>
              </w:rPr>
              <w:t>Uyum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SDB3.2. </w:t>
            </w:r>
            <w:proofErr w:type="spellStart"/>
            <w:r w:rsidRPr="00754CFB">
              <w:rPr>
                <w:rFonts w:ascii="Calibri" w:hAnsi="Calibri"/>
                <w:sz w:val="12"/>
              </w:rPr>
              <w:t>Esneklik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DEAE422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D3. </w:t>
            </w:r>
            <w:proofErr w:type="spellStart"/>
            <w:r w:rsidRPr="00754CFB">
              <w:rPr>
                <w:rFonts w:ascii="Calibri" w:hAnsi="Calibri"/>
                <w:sz w:val="12"/>
              </w:rPr>
              <w:t>Çalışkanlık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D6. </w:t>
            </w:r>
            <w:proofErr w:type="spellStart"/>
            <w:r w:rsidRPr="00754CFB">
              <w:rPr>
                <w:rFonts w:ascii="Calibri" w:hAnsi="Calibri"/>
                <w:sz w:val="12"/>
              </w:rPr>
              <w:t>Dürüstlük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73ED4F3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 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Okuryazarlık</w:t>
            </w:r>
            <w:proofErr w:type="spellEnd"/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07C5DF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19 </w:t>
            </w:r>
            <w:proofErr w:type="spellStart"/>
            <w:r w:rsidRPr="00754CFB">
              <w:rPr>
                <w:rFonts w:ascii="Calibri" w:hAnsi="Calibri"/>
                <w:sz w:val="12"/>
              </w:rPr>
              <w:t>Mayıs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Atatürk'ü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Gençlik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Spor </w:t>
            </w:r>
            <w:proofErr w:type="spellStart"/>
            <w:r w:rsidRPr="00754CFB">
              <w:rPr>
                <w:rFonts w:ascii="Calibri" w:hAnsi="Calibri"/>
                <w:sz w:val="12"/>
              </w:rPr>
              <w:t>Bayramı</w:t>
            </w:r>
            <w:proofErr w:type="spellEnd"/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E2ED2C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55A1AA8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2F1112" w:rsidRPr="00754CFB" w14:paraId="07D07F53" w14:textId="77777777" w:rsidTr="00754CFB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949C97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MAYIS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481BC1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33.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24-28 </w:t>
            </w:r>
            <w:proofErr w:type="spellStart"/>
            <w:r w:rsidRPr="00754CFB">
              <w:rPr>
                <w:rFonts w:ascii="Calibri" w:hAnsi="Calibri"/>
                <w:sz w:val="12"/>
              </w:rPr>
              <w:t>Mayıs</w:t>
            </w:r>
            <w:proofErr w:type="spellEnd"/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65D9F37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0B1F499" w14:textId="77777777" w:rsidR="002F1112" w:rsidRPr="00754CFB" w:rsidRDefault="00357EA0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HAYATIMIZDAKİ EKONOMİ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6014F8C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Tasarlanan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B559004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SB.6.5.3.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proje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hazırlayabilme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C82CCC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projelerini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sorgular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alanlarına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gözlemlerine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dayalı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tah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minlerde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bulunur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</w:t>
            </w:r>
            <w:proofErr w:type="spellStart"/>
            <w:r w:rsidRPr="00754CFB">
              <w:rPr>
                <w:rFonts w:ascii="Calibri" w:hAnsi="Calibri"/>
                <w:sz w:val="12"/>
              </w:rPr>
              <w:t>Olası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riskleri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değerlendirerek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alanlarının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be </w:t>
            </w:r>
            <w:proofErr w:type="spellStart"/>
            <w:r w:rsidRPr="00754CFB">
              <w:rPr>
                <w:rFonts w:ascii="Calibri" w:hAnsi="Calibri"/>
                <w:sz w:val="12"/>
              </w:rPr>
              <w:t>lirlenmesine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gerekçe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sunarak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karar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verir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aşaması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gerekli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yönetir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d) </w:t>
            </w:r>
            <w:proofErr w:type="spellStart"/>
            <w:r w:rsidRPr="00754CFB">
              <w:rPr>
                <w:rFonts w:ascii="Calibri" w:hAnsi="Calibri"/>
                <w:sz w:val="12"/>
              </w:rPr>
              <w:t>Tasarladığı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için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yatırım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pazarlama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proje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öneri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raporu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oluşturur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F7F57F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391C9DF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FA6DD0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53C3CB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8B06B5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C8D1DED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CC1F494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98307C" w:rsidRPr="00754CFB" w14:paraId="3AA1F14E" w14:textId="77777777" w:rsidTr="006E044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4B15769" w14:textId="77777777" w:rsidR="0098307C" w:rsidRPr="00754CFB" w:rsidRDefault="0098307C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HAZİRAN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2734332" w14:textId="77777777" w:rsidR="0098307C" w:rsidRPr="00754CFB" w:rsidRDefault="0098307C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34.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  <w:t>31 Mayıs-4 Haziran</w:t>
            </w:r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AE585CC" w14:textId="77777777" w:rsidR="0098307C" w:rsidRPr="00754CFB" w:rsidRDefault="0098307C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24A922A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TEKNOLOJİ VE SOSYAL BİLİMLER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1D648CC" w14:textId="77777777" w:rsidR="0098307C" w:rsidRPr="00754CFB" w:rsidRDefault="0098307C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Ulaşım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Etkileşimdeki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Rolü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B3978D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SB.6.6.1. </w:t>
            </w:r>
            <w:proofErr w:type="spellStart"/>
            <w:r w:rsidRPr="00754CFB">
              <w:rPr>
                <w:rFonts w:ascii="Calibri" w:hAnsi="Calibri"/>
                <w:sz w:val="12"/>
              </w:rPr>
              <w:t>Ulaşım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teknolojilerindeki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etkileşimdeki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rolünü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yapılandırabilme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8C99CBD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Ulaşım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teknolojilerindeki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etkileşimdeki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rolüne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nedensel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koyar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Ulaşım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teknolojilerindeki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etkileşimdeki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rolüne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anlamlı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koyar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FFFFFF" w:themeFill="background1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98EF86B" w14:textId="77777777" w:rsidR="0098307C" w:rsidRPr="00754CFB" w:rsidRDefault="0098307C" w:rsidP="00AE73FD">
            <w:pPr>
              <w:spacing w:after="0" w:line="240" w:lineRule="auto"/>
              <w:jc w:val="center"/>
            </w:pP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CDD0128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SDB1.2. </w:t>
            </w:r>
            <w:proofErr w:type="spellStart"/>
            <w:r w:rsidRPr="00754CFB">
              <w:rPr>
                <w:rFonts w:ascii="Calibri" w:hAnsi="Calibri"/>
                <w:sz w:val="12"/>
              </w:rPr>
              <w:t>Kendini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Düzenleme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(Öz </w:t>
            </w:r>
            <w:proofErr w:type="spellStart"/>
            <w:r w:rsidRPr="00754CFB">
              <w:rPr>
                <w:rFonts w:ascii="Calibri" w:hAnsi="Calibri"/>
                <w:sz w:val="12"/>
              </w:rPr>
              <w:t>Düzenleme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Becerisi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), </w:t>
            </w:r>
            <w:r w:rsidRPr="00754CFB">
              <w:rPr>
                <w:rFonts w:ascii="Calibri" w:hAnsi="Calibri"/>
                <w:sz w:val="12"/>
              </w:rPr>
              <w:br/>
              <w:t xml:space="preserve">SDB2.1.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SDB2.2. </w:t>
            </w:r>
            <w:proofErr w:type="spellStart"/>
            <w:r w:rsidRPr="00754CFB">
              <w:rPr>
                <w:rFonts w:ascii="Calibri" w:hAnsi="Calibri"/>
                <w:sz w:val="12"/>
              </w:rPr>
              <w:t>İş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Birliği, </w:t>
            </w:r>
            <w:r w:rsidRPr="00754CFB">
              <w:rPr>
                <w:rFonts w:ascii="Calibri" w:hAnsi="Calibri"/>
                <w:sz w:val="12"/>
              </w:rPr>
              <w:br/>
              <w:t xml:space="preserve">SDB3.3. </w:t>
            </w:r>
            <w:proofErr w:type="spellStart"/>
            <w:r w:rsidRPr="00754CFB">
              <w:rPr>
                <w:rFonts w:ascii="Calibri" w:hAnsi="Calibri"/>
                <w:sz w:val="12"/>
              </w:rPr>
              <w:t>Sorumlu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Karar Verme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5821EAB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D5. </w:t>
            </w:r>
            <w:proofErr w:type="spellStart"/>
            <w:r w:rsidRPr="00754CFB">
              <w:rPr>
                <w:rFonts w:ascii="Calibri" w:hAnsi="Calibri"/>
                <w:sz w:val="12"/>
              </w:rPr>
              <w:t>Duyarlılık</w:t>
            </w:r>
            <w:proofErr w:type="spellEnd"/>
            <w:r w:rsidRPr="00754CFB">
              <w:rPr>
                <w:rFonts w:ascii="Calibri" w:hAnsi="Calibri"/>
                <w:sz w:val="12"/>
              </w:rPr>
              <w:t>,</w:t>
            </w:r>
            <w:r w:rsidRPr="00754CFB">
              <w:rPr>
                <w:rFonts w:ascii="Calibri" w:hAnsi="Calibri"/>
                <w:sz w:val="12"/>
              </w:rPr>
              <w:br/>
              <w:t xml:space="preserve">D6. </w:t>
            </w:r>
            <w:proofErr w:type="spellStart"/>
            <w:r w:rsidRPr="00754CFB">
              <w:rPr>
                <w:rFonts w:ascii="Calibri" w:hAnsi="Calibri"/>
                <w:sz w:val="12"/>
              </w:rPr>
              <w:t>Dürüstük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, </w:t>
            </w:r>
            <w:r w:rsidRPr="00754CFB">
              <w:rPr>
                <w:rFonts w:ascii="Calibri" w:hAnsi="Calibri"/>
                <w:sz w:val="12"/>
              </w:rPr>
              <w:br/>
              <w:t xml:space="preserve">D19. </w:t>
            </w:r>
            <w:proofErr w:type="spellStart"/>
            <w:r w:rsidRPr="00754CFB">
              <w:rPr>
                <w:rFonts w:ascii="Calibri" w:hAnsi="Calibri"/>
                <w:sz w:val="12"/>
              </w:rPr>
              <w:t>Vatanseverlik</w:t>
            </w:r>
            <w:proofErr w:type="spellEnd"/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BDF565E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OB1. Bilgi Okuryazarlığı,</w:t>
            </w:r>
            <w:r w:rsidRPr="00754CFB">
              <w:rPr>
                <w:rFonts w:ascii="Calibri" w:hAnsi="Calibri"/>
                <w:sz w:val="12"/>
              </w:rPr>
              <w:br/>
              <w:t xml:space="preserve">OB2. </w:t>
            </w:r>
            <w:proofErr w:type="spellStart"/>
            <w:r w:rsidRPr="00754CFB">
              <w:rPr>
                <w:rFonts w:ascii="Calibri" w:hAnsi="Calibri"/>
                <w:sz w:val="12"/>
              </w:rPr>
              <w:t>Dijital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Okuryazarlık,</w:t>
            </w:r>
            <w:r w:rsidRPr="00754CFB">
              <w:rPr>
                <w:rFonts w:ascii="Calibri" w:hAnsi="Calibri"/>
                <w:sz w:val="12"/>
              </w:rPr>
              <w:br/>
              <w:t xml:space="preserve">OB4. </w:t>
            </w:r>
            <w:proofErr w:type="spellStart"/>
            <w:r w:rsidRPr="00754CFB">
              <w:rPr>
                <w:rFonts w:ascii="Calibri" w:hAnsi="Calibri"/>
                <w:sz w:val="12"/>
              </w:rPr>
              <w:t>Görsel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Okuryazarlık</w:t>
            </w:r>
            <w:proofErr w:type="spellEnd"/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014298" w14:textId="77777777" w:rsidR="0098307C" w:rsidRPr="00754CFB" w:rsidRDefault="0098307C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İstanbul'un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Fethi(29 </w:t>
            </w:r>
            <w:proofErr w:type="spellStart"/>
            <w:r w:rsidRPr="00754CFB">
              <w:rPr>
                <w:rFonts w:ascii="Calibri" w:hAnsi="Calibri"/>
                <w:sz w:val="12"/>
              </w:rPr>
              <w:t>Mayıs</w:t>
            </w:r>
            <w:proofErr w:type="spellEnd"/>
            <w:r w:rsidRPr="00754CFB">
              <w:rPr>
                <w:rFonts w:ascii="Calibri" w:hAnsi="Calibri"/>
                <w:sz w:val="12"/>
              </w:rPr>
              <w:t>)</w:t>
            </w: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5649105" w14:textId="77777777" w:rsidR="0098307C" w:rsidRPr="00754CFB" w:rsidRDefault="0098307C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E1C3174" w14:textId="77777777" w:rsidR="0098307C" w:rsidRPr="00754CFB" w:rsidRDefault="0098307C" w:rsidP="000920F2">
            <w:pPr>
              <w:spacing w:after="0" w:line="240" w:lineRule="auto"/>
            </w:pPr>
          </w:p>
        </w:tc>
      </w:tr>
      <w:tr w:rsidR="0098307C" w:rsidRPr="00754CFB" w14:paraId="592218D0" w14:textId="77777777" w:rsidTr="0029088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1B2FFB8" w14:textId="77777777" w:rsidR="0098307C" w:rsidRPr="00754CFB" w:rsidRDefault="0098307C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HAZİRAN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B09337F" w14:textId="77777777" w:rsidR="0098307C" w:rsidRPr="00754CFB" w:rsidRDefault="0098307C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35.Hafta:</w:t>
            </w:r>
            <w:r w:rsidRPr="00754CFB">
              <w:rPr>
                <w:rFonts w:ascii="Calibri" w:hAnsi="Calibri"/>
                <w:sz w:val="12"/>
              </w:rPr>
              <w:br/>
              <w:t xml:space="preserve"> 7-11 Haziran</w:t>
            </w:r>
          </w:p>
        </w:tc>
        <w:tc>
          <w:tcPr>
            <w:tcW w:w="711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B098081" w14:textId="77777777" w:rsidR="0098307C" w:rsidRPr="00754CFB" w:rsidRDefault="0098307C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693A7F6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TEKNOLOJİ VE SOSYAL BİLİMLER</w:t>
            </w: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99F4CB5" w14:textId="77777777" w:rsidR="0098307C" w:rsidRPr="00754CFB" w:rsidRDefault="0098307C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Ulaşım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İletişim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Teknolojilerinin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Etkileşimdeki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Rolü</w:t>
            </w:r>
            <w:proofErr w:type="spellEnd"/>
          </w:p>
        </w:tc>
        <w:tc>
          <w:tcPr>
            <w:tcW w:w="151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F4E620B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SB.6.6.1. </w:t>
            </w:r>
            <w:proofErr w:type="spellStart"/>
            <w:r w:rsidRPr="00754CFB">
              <w:rPr>
                <w:rFonts w:ascii="Calibri" w:hAnsi="Calibri"/>
                <w:sz w:val="12"/>
              </w:rPr>
              <w:t>Ulaşım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teknolojilerindeki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etkileşimdeki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rolünü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yapılandırabilme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D1412DE" w14:textId="77777777" w:rsidR="0098307C" w:rsidRPr="00754CFB" w:rsidRDefault="0098307C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</w:t>
            </w:r>
            <w:proofErr w:type="spellStart"/>
            <w:r w:rsidRPr="00754CFB">
              <w:rPr>
                <w:rFonts w:ascii="Calibri" w:hAnsi="Calibri"/>
                <w:sz w:val="12"/>
              </w:rPr>
              <w:t>Ulaşım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teknolojilerindeki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etkileşimdeki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rolüne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yönelik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nedensel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koyar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</w:t>
            </w:r>
            <w:proofErr w:type="spellStart"/>
            <w:r w:rsidRPr="00754CFB">
              <w:rPr>
                <w:rFonts w:ascii="Calibri" w:hAnsi="Calibri"/>
                <w:sz w:val="12"/>
              </w:rPr>
              <w:t>Ulaşım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iletişim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teknolojilerindeki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gelişmelerin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kültürel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etkileşimdeki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rolüne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ilişkin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anlamlı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bir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bütün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ortaya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koyar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</w:p>
        </w:tc>
        <w:tc>
          <w:tcPr>
            <w:tcW w:w="1224" w:type="dxa"/>
            <w:gridSpan w:val="2"/>
            <w:shd w:val="clear" w:color="auto" w:fill="EAF1DD" w:themeFill="accent3" w:themeFillTint="33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624A471" w14:textId="77777777" w:rsidR="0098307C" w:rsidRPr="00754CFB" w:rsidRDefault="006E044F" w:rsidP="00AE73FD">
            <w:pPr>
              <w:spacing w:after="0" w:line="240" w:lineRule="auto"/>
              <w:jc w:val="center"/>
            </w:pPr>
            <w:r w:rsidRPr="00AE73FD">
              <w:rPr>
                <w:rFonts w:ascii="Calibri" w:hAnsi="Calibri"/>
                <w:b/>
                <w:sz w:val="12"/>
              </w:rPr>
              <w:t>SINAV HAFTASI</w:t>
            </w:r>
            <w:r>
              <w:rPr>
                <w:rFonts w:ascii="Calibri" w:hAnsi="Calibri"/>
                <w:sz w:val="12"/>
              </w:rPr>
              <w:br/>
              <w:t>(07</w:t>
            </w:r>
            <w:r w:rsidRPr="00754CFB">
              <w:rPr>
                <w:rFonts w:ascii="Calibri" w:hAnsi="Calibri"/>
                <w:sz w:val="12"/>
              </w:rPr>
              <w:t>-11 Haziran 2027)</w:t>
            </w:r>
          </w:p>
        </w:tc>
        <w:tc>
          <w:tcPr>
            <w:tcW w:w="115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6C55C12" w14:textId="77777777" w:rsidR="0098307C" w:rsidRPr="00754CFB" w:rsidRDefault="0098307C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C69C9EC" w14:textId="77777777" w:rsidR="0098307C" w:rsidRPr="00754CFB" w:rsidRDefault="0098307C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1744317" w14:textId="77777777" w:rsidR="0098307C" w:rsidRPr="00754CFB" w:rsidRDefault="0098307C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43EB9D3" w14:textId="77777777" w:rsidR="0098307C" w:rsidRPr="00754CFB" w:rsidRDefault="0098307C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56B9FC8" w14:textId="77777777" w:rsidR="0098307C" w:rsidRPr="00754CFB" w:rsidRDefault="0098307C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CDD841C" w14:textId="77777777" w:rsidR="0098307C" w:rsidRPr="00754CFB" w:rsidRDefault="0098307C" w:rsidP="000920F2">
            <w:pPr>
              <w:spacing w:after="0" w:line="240" w:lineRule="auto"/>
            </w:pPr>
          </w:p>
        </w:tc>
      </w:tr>
      <w:tr w:rsidR="002F1112" w:rsidRPr="00754CFB" w14:paraId="55E0FA0B" w14:textId="77777777" w:rsidTr="0029088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C1EBA1C" w14:textId="77777777" w:rsidR="002F1112" w:rsidRPr="00754CFB" w:rsidRDefault="00AE73FD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HAZİRAN</w:t>
            </w: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1D66FC9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36.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14-18 Haziran</w:t>
            </w:r>
          </w:p>
        </w:tc>
        <w:tc>
          <w:tcPr>
            <w:tcW w:w="711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A8B1A8E" w14:textId="77777777" w:rsidR="002F1112" w:rsidRPr="00754CFB" w:rsidRDefault="004342E2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>3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5869DB0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>TEKNOLOJİ VE SOSYAL BİLİMLER</w:t>
            </w: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85C5C8D" w14:textId="77777777" w:rsidR="002F1112" w:rsidRPr="00754CFB" w:rsidRDefault="004342E2" w:rsidP="000920F2">
            <w:pPr>
              <w:spacing w:after="0" w:line="240" w:lineRule="auto"/>
            </w:pPr>
            <w:proofErr w:type="spellStart"/>
            <w:r w:rsidRPr="00754CFB">
              <w:rPr>
                <w:rFonts w:ascii="Calibri" w:hAnsi="Calibri"/>
                <w:sz w:val="12"/>
              </w:rPr>
              <w:t>Telif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Patent </w:t>
            </w:r>
            <w:proofErr w:type="spellStart"/>
            <w:r w:rsidRPr="00754CFB">
              <w:rPr>
                <w:rFonts w:ascii="Calibri" w:hAnsi="Calibri"/>
                <w:sz w:val="12"/>
              </w:rPr>
              <w:t>Süreci</w:t>
            </w:r>
            <w:proofErr w:type="spellEnd"/>
          </w:p>
        </w:tc>
        <w:tc>
          <w:tcPr>
            <w:tcW w:w="151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1A57718E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SB.6.6.2. Bir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fikrin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patent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telif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ilgili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toplayabilme</w:t>
            </w:r>
            <w:proofErr w:type="spellEnd"/>
          </w:p>
        </w:tc>
        <w:tc>
          <w:tcPr>
            <w:tcW w:w="165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7AC1061" w14:textId="77777777" w:rsidR="002F1112" w:rsidRPr="00754CFB" w:rsidRDefault="004342E2" w:rsidP="000920F2">
            <w:pPr>
              <w:spacing w:after="0" w:line="240" w:lineRule="auto"/>
            </w:pPr>
            <w:r w:rsidRPr="00754CFB">
              <w:rPr>
                <w:rFonts w:ascii="Calibri" w:hAnsi="Calibri"/>
                <w:sz w:val="12"/>
              </w:rPr>
              <w:t xml:space="preserve">a) Bir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fikrin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patent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telif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ilgili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toplayacağı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b) Bir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fikrin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patent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telif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ilgili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belirlediği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kaynaklardan</w:t>
            </w:r>
            <w:proofErr w:type="spellEnd"/>
            <w:r w:rsidRPr="00754CFB">
              <w:rPr>
                <w:rFonts w:ascii="Calibri" w:hAnsi="Calibri"/>
                <w:sz w:val="12"/>
              </w:rPr>
              <w:br/>
            </w:r>
            <w:proofErr w:type="spellStart"/>
            <w:r w:rsidRPr="00754CFB">
              <w:rPr>
                <w:rFonts w:ascii="Calibri" w:hAnsi="Calibri"/>
                <w:sz w:val="12"/>
              </w:rPr>
              <w:t>toplar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c) Bir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fikrin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patent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telif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ilgili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topladığı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doğrular</w:t>
            </w:r>
            <w:proofErr w:type="spellEnd"/>
            <w:r w:rsidRPr="00754CFB">
              <w:rPr>
                <w:rFonts w:ascii="Calibri" w:hAnsi="Calibri"/>
                <w:sz w:val="12"/>
              </w:rPr>
              <w:t>.</w:t>
            </w:r>
            <w:r w:rsidRPr="00754CFB">
              <w:rPr>
                <w:rFonts w:ascii="Calibri" w:hAnsi="Calibri"/>
                <w:sz w:val="12"/>
              </w:rPr>
              <w:br/>
              <w:t xml:space="preserve">ç) Bir </w:t>
            </w:r>
            <w:proofErr w:type="spellStart"/>
            <w:r w:rsidRPr="00754CFB">
              <w:rPr>
                <w:rFonts w:ascii="Calibri" w:hAnsi="Calibri"/>
                <w:sz w:val="12"/>
              </w:rPr>
              <w:t>ürün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veya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fikrin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patent </w:t>
            </w:r>
            <w:proofErr w:type="spellStart"/>
            <w:r w:rsidRPr="00754CFB">
              <w:rPr>
                <w:rFonts w:ascii="Calibri" w:hAnsi="Calibri"/>
                <w:sz w:val="12"/>
              </w:rPr>
              <w:t>ve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telif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haklarıyla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ilgili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doğruladığı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bilgileri</w:t>
            </w:r>
            <w:proofErr w:type="spellEnd"/>
            <w:r w:rsidRPr="00754CFB">
              <w:rPr>
                <w:rFonts w:ascii="Calibri" w:hAnsi="Calibri"/>
                <w:sz w:val="12"/>
              </w:rPr>
              <w:t xml:space="preserve"> </w:t>
            </w:r>
            <w:proofErr w:type="spellStart"/>
            <w:r w:rsidRPr="00754CFB">
              <w:rPr>
                <w:rFonts w:ascii="Calibri" w:hAnsi="Calibri"/>
                <w:sz w:val="12"/>
              </w:rPr>
              <w:t>kaydeder</w:t>
            </w:r>
            <w:proofErr w:type="spellEnd"/>
          </w:p>
        </w:tc>
        <w:tc>
          <w:tcPr>
            <w:tcW w:w="1224" w:type="dxa"/>
            <w:gridSpan w:val="2"/>
            <w:shd w:val="clear" w:color="auto" w:fill="EAF1DD" w:themeFill="accent3" w:themeFillTint="33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EFD3122" w14:textId="77777777" w:rsidR="002F1112" w:rsidRPr="00754CFB" w:rsidRDefault="006E044F" w:rsidP="006E044F">
            <w:pPr>
              <w:spacing w:after="0" w:line="240" w:lineRule="auto"/>
              <w:jc w:val="center"/>
            </w:pPr>
            <w:r w:rsidRPr="00AE73FD">
              <w:rPr>
                <w:rFonts w:ascii="Calibri" w:hAnsi="Calibri"/>
                <w:b/>
                <w:sz w:val="12"/>
              </w:rPr>
              <w:t>SINAV HAFTASI</w:t>
            </w:r>
            <w:r w:rsidRPr="00754CFB">
              <w:rPr>
                <w:rFonts w:ascii="Calibri" w:hAnsi="Calibri"/>
                <w:sz w:val="12"/>
              </w:rPr>
              <w:br/>
              <w:t>(</w:t>
            </w:r>
            <w:r>
              <w:rPr>
                <w:rFonts w:ascii="Calibri" w:hAnsi="Calibri"/>
                <w:sz w:val="12"/>
              </w:rPr>
              <w:t>14-18</w:t>
            </w:r>
            <w:r w:rsidRPr="00754CFB">
              <w:rPr>
                <w:rFonts w:ascii="Calibri" w:hAnsi="Calibri"/>
                <w:sz w:val="12"/>
              </w:rPr>
              <w:t xml:space="preserve"> Haziran 2027)</w:t>
            </w:r>
          </w:p>
        </w:tc>
        <w:tc>
          <w:tcPr>
            <w:tcW w:w="1152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2529B4D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1CAA6B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152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C2B5B9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008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CC22E6E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96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7C22F4" w14:textId="77777777" w:rsidR="002F1112" w:rsidRPr="00754CFB" w:rsidRDefault="002F1112" w:rsidP="000920F2">
            <w:pPr>
              <w:spacing w:after="0" w:line="240" w:lineRule="auto"/>
            </w:pPr>
          </w:p>
        </w:tc>
        <w:tc>
          <w:tcPr>
            <w:tcW w:w="1224" w:type="dxa"/>
            <w:gridSpan w:val="2"/>
            <w:shd w:val="clear" w:color="auto" w:fill="F8FAFC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555C12F" w14:textId="77777777" w:rsidR="002F1112" w:rsidRPr="00754CFB" w:rsidRDefault="002F1112" w:rsidP="000920F2">
            <w:pPr>
              <w:spacing w:after="0" w:line="240" w:lineRule="auto"/>
            </w:pPr>
          </w:p>
        </w:tc>
      </w:tr>
      <w:tr w:rsidR="00785B26" w:rsidRPr="00754CFB" w14:paraId="212D219D" w14:textId="77777777" w:rsidTr="006C480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792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2E56D43" w14:textId="77777777" w:rsidR="00785B26" w:rsidRPr="00754CFB" w:rsidRDefault="00AE73FD" w:rsidP="000920F2">
            <w:pPr>
              <w:spacing w:after="0" w:line="240" w:lineRule="auto"/>
              <w:jc w:val="center"/>
            </w:pPr>
            <w:r>
              <w:rPr>
                <w:rFonts w:ascii="Calibri" w:hAnsi="Calibri"/>
                <w:sz w:val="12"/>
              </w:rPr>
              <w:t>HAZİRAN</w:t>
            </w:r>
          </w:p>
        </w:tc>
        <w:tc>
          <w:tcPr>
            <w:tcW w:w="1008" w:type="dxa"/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69D6115" w14:textId="77777777" w:rsidR="00785B26" w:rsidRPr="00754CFB" w:rsidRDefault="00785B26" w:rsidP="000920F2">
            <w:pPr>
              <w:spacing w:after="0" w:line="240" w:lineRule="auto"/>
              <w:jc w:val="center"/>
            </w:pPr>
            <w:r w:rsidRPr="00754CFB">
              <w:rPr>
                <w:rFonts w:ascii="Calibri" w:hAnsi="Calibri"/>
                <w:sz w:val="12"/>
              </w:rPr>
              <w:t xml:space="preserve">37. </w:t>
            </w:r>
            <w:proofErr w:type="spellStart"/>
            <w:r w:rsidRPr="00754CFB">
              <w:rPr>
                <w:rFonts w:ascii="Calibri" w:hAnsi="Calibri"/>
                <w:sz w:val="12"/>
              </w:rPr>
              <w:t>Hafta</w:t>
            </w:r>
            <w:proofErr w:type="spellEnd"/>
            <w:r w:rsidRPr="00754CFB">
              <w:rPr>
                <w:rFonts w:ascii="Calibri" w:hAnsi="Calibri"/>
                <w:sz w:val="12"/>
              </w:rPr>
              <w:t>:</w:t>
            </w:r>
            <w:r w:rsidRPr="00754CFB">
              <w:rPr>
                <w:rFonts w:ascii="Calibri" w:hAnsi="Calibri"/>
                <w:sz w:val="12"/>
              </w:rPr>
              <w:br/>
              <w:t xml:space="preserve"> 21-25 Haziran</w:t>
            </w:r>
          </w:p>
        </w:tc>
        <w:tc>
          <w:tcPr>
            <w:tcW w:w="13095" w:type="dxa"/>
            <w:gridSpan w:val="17"/>
            <w:shd w:val="clear" w:color="auto" w:fill="FDE9D9" w:themeFill="accent6" w:themeFillTint="33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EA22FE0" w14:textId="77777777" w:rsidR="00785B26" w:rsidRPr="00785B26" w:rsidRDefault="00785B26" w:rsidP="00785B26">
            <w:pPr>
              <w:spacing w:after="0" w:line="240" w:lineRule="auto"/>
              <w:jc w:val="center"/>
              <w:rPr>
                <w:b/>
              </w:rPr>
            </w:pPr>
            <w:r w:rsidRPr="00785B26">
              <w:rPr>
                <w:rFonts w:ascii="Calibri" w:hAnsi="Calibri"/>
                <w:b/>
                <w:sz w:val="12"/>
              </w:rPr>
              <w:t>SOSYAL ETKİNLİK</w:t>
            </w:r>
          </w:p>
        </w:tc>
        <w:tc>
          <w:tcPr>
            <w:tcW w:w="1224" w:type="dxa"/>
            <w:gridSpan w:val="2"/>
            <w:shd w:val="clear" w:color="auto" w:fill="FDE9D9" w:themeFill="accent6" w:themeFillTint="33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F13AEFE" w14:textId="77777777" w:rsidR="00785B26" w:rsidRPr="00754CFB" w:rsidRDefault="00785B26" w:rsidP="000920F2">
            <w:pPr>
              <w:spacing w:after="0" w:line="240" w:lineRule="auto"/>
            </w:pPr>
          </w:p>
        </w:tc>
      </w:tr>
      <w:tr w:rsidR="002F1112" w:rsidRPr="00754CFB" w14:paraId="571B7275" w14:textId="77777777" w:rsidTr="0029088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16119" w:type="dxa"/>
            <w:gridSpan w:val="21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6F479E" w14:textId="77777777" w:rsidR="002F1112" w:rsidRPr="00941BD5" w:rsidRDefault="004342E2" w:rsidP="00941BD5">
            <w:pPr>
              <w:spacing w:after="0"/>
            </w:pPr>
            <w:r w:rsidRPr="00941BD5">
              <w:rPr>
                <w:rFonts w:ascii="Calibri" w:hAnsi="Calibri"/>
                <w:sz w:val="14"/>
              </w:rPr>
              <w:t xml:space="preserve">Bu yıllık plan; 19.09.2022 </w:t>
            </w:r>
            <w:proofErr w:type="spellStart"/>
            <w:r w:rsidRPr="00941BD5">
              <w:rPr>
                <w:rFonts w:ascii="Calibri" w:hAnsi="Calibri"/>
                <w:sz w:val="14"/>
              </w:rPr>
              <w:t>tarih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58168473 </w:t>
            </w:r>
            <w:proofErr w:type="spellStart"/>
            <w:r w:rsidRPr="00941BD5">
              <w:rPr>
                <w:rFonts w:ascii="Calibri" w:hAnsi="Calibri"/>
                <w:sz w:val="14"/>
              </w:rPr>
              <w:t>sayılı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"</w:t>
            </w:r>
            <w:proofErr w:type="spellStart"/>
            <w:r w:rsidRPr="00941BD5">
              <w:rPr>
                <w:rFonts w:ascii="Calibri" w:hAnsi="Calibri"/>
                <w:sz w:val="14"/>
              </w:rPr>
              <w:t>Millî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Eğitim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Bakanlığı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Eğitim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Çalışmalarının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Planlı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Yürütülmesine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İlişkin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Yönerge",  2104 </w:t>
            </w:r>
            <w:proofErr w:type="spellStart"/>
            <w:r w:rsidRPr="00941BD5">
              <w:rPr>
                <w:rFonts w:ascii="Calibri" w:hAnsi="Calibri"/>
                <w:sz w:val="14"/>
              </w:rPr>
              <w:t>sayılı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Tebliğler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Dergisi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“</w:t>
            </w:r>
            <w:proofErr w:type="spellStart"/>
            <w:r w:rsidRPr="00941BD5">
              <w:rPr>
                <w:rFonts w:ascii="Calibri" w:hAnsi="Calibri"/>
                <w:sz w:val="14"/>
              </w:rPr>
              <w:t>İlköğretim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Ortaöğretim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Kurumlarında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Atatürk </w:t>
            </w:r>
            <w:proofErr w:type="spellStart"/>
            <w:r w:rsidRPr="00941BD5">
              <w:rPr>
                <w:rFonts w:ascii="Calibri" w:hAnsi="Calibri"/>
                <w:sz w:val="14"/>
              </w:rPr>
              <w:t>İnkılap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İlkelerinin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Esasları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Yönergesi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“,'' Talim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Terbiye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Kurulu’nun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31.12.2025 </w:t>
            </w:r>
            <w:proofErr w:type="spellStart"/>
            <w:r w:rsidRPr="00941BD5">
              <w:rPr>
                <w:rFonts w:ascii="Calibri" w:hAnsi="Calibri"/>
                <w:sz w:val="14"/>
              </w:rPr>
              <w:t>tarih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137 </w:t>
            </w:r>
            <w:proofErr w:type="spellStart"/>
            <w:r w:rsidRPr="00941BD5">
              <w:rPr>
                <w:rFonts w:ascii="Calibri" w:hAnsi="Calibri"/>
                <w:sz w:val="14"/>
              </w:rPr>
              <w:t>sayılı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 Kurul </w:t>
            </w:r>
            <w:proofErr w:type="spellStart"/>
            <w:r w:rsidRPr="00941BD5">
              <w:rPr>
                <w:rFonts w:ascii="Calibri" w:hAnsi="Calibri"/>
                <w:sz w:val="14"/>
              </w:rPr>
              <w:t>Kararı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eki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 "Türkiye </w:t>
            </w:r>
            <w:proofErr w:type="spellStart"/>
            <w:r w:rsidRPr="00941BD5">
              <w:rPr>
                <w:rFonts w:ascii="Calibri" w:hAnsi="Calibri"/>
                <w:sz w:val="14"/>
              </w:rPr>
              <w:t>Yüzyılı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Maarif </w:t>
            </w:r>
            <w:proofErr w:type="spellStart"/>
            <w:r w:rsidRPr="00941BD5">
              <w:rPr>
                <w:rFonts w:ascii="Calibri" w:hAnsi="Calibri"/>
                <w:sz w:val="14"/>
              </w:rPr>
              <w:t>Modeli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Programları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Ortak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Metni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,'' Talim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Terbiye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Kurulu’nun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07.08.2026 </w:t>
            </w:r>
            <w:proofErr w:type="spellStart"/>
            <w:r w:rsidRPr="00941BD5">
              <w:rPr>
                <w:rFonts w:ascii="Calibri" w:hAnsi="Calibri"/>
                <w:sz w:val="14"/>
              </w:rPr>
              <w:t>tarih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88 </w:t>
            </w:r>
            <w:proofErr w:type="spellStart"/>
            <w:r w:rsidRPr="00941BD5">
              <w:rPr>
                <w:rFonts w:ascii="Calibri" w:hAnsi="Calibri"/>
                <w:sz w:val="14"/>
              </w:rPr>
              <w:t>sayılı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 Kurul </w:t>
            </w:r>
            <w:proofErr w:type="spellStart"/>
            <w:r w:rsidRPr="00941BD5">
              <w:rPr>
                <w:rFonts w:ascii="Calibri" w:hAnsi="Calibri"/>
                <w:sz w:val="14"/>
              </w:rPr>
              <w:t>Kararı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eki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 "Türkiye </w:t>
            </w:r>
            <w:proofErr w:type="spellStart"/>
            <w:r w:rsidRPr="00941BD5">
              <w:rPr>
                <w:rFonts w:ascii="Calibri" w:hAnsi="Calibri"/>
                <w:sz w:val="14"/>
              </w:rPr>
              <w:t>Yüzyılı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Maarif </w:t>
            </w:r>
            <w:proofErr w:type="spellStart"/>
            <w:r w:rsidRPr="00941BD5">
              <w:rPr>
                <w:rFonts w:ascii="Calibri" w:hAnsi="Calibri"/>
                <w:sz w:val="14"/>
              </w:rPr>
              <w:t>Modeli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Programları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Ortak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Metni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, Sosyal Bilgiler Dersi (4, 5, 6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7. </w:t>
            </w:r>
            <w:proofErr w:type="spellStart"/>
            <w:r w:rsidRPr="00941BD5">
              <w:rPr>
                <w:rFonts w:ascii="Calibri" w:hAnsi="Calibri"/>
                <w:sz w:val="14"/>
              </w:rPr>
              <w:t>Sınıflar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)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Programı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", "MEB 2026-2027 </w:t>
            </w:r>
            <w:proofErr w:type="spellStart"/>
            <w:r w:rsidRPr="00941BD5">
              <w:rPr>
                <w:rFonts w:ascii="Calibri" w:hAnsi="Calibri"/>
                <w:sz w:val="14"/>
              </w:rPr>
              <w:t>Eğitim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Çalışma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Takvimi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Genelgesi" </w:t>
            </w:r>
            <w:proofErr w:type="spellStart"/>
            <w:r w:rsidRPr="00941BD5">
              <w:rPr>
                <w:rFonts w:ascii="Calibri" w:hAnsi="Calibri"/>
                <w:sz w:val="14"/>
              </w:rPr>
              <w:t>ile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Talim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Terbiye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Kurulu’nun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09.05.2025 </w:t>
            </w:r>
            <w:proofErr w:type="spellStart"/>
            <w:r w:rsidRPr="00941BD5">
              <w:rPr>
                <w:rFonts w:ascii="Calibri" w:hAnsi="Calibri"/>
                <w:sz w:val="14"/>
              </w:rPr>
              <w:t>tarih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04 </w:t>
            </w:r>
            <w:proofErr w:type="spellStart"/>
            <w:r w:rsidRPr="00941BD5">
              <w:rPr>
                <w:rFonts w:ascii="Calibri" w:hAnsi="Calibri"/>
                <w:sz w:val="14"/>
              </w:rPr>
              <w:t>sayılı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Kurul </w:t>
            </w:r>
            <w:proofErr w:type="spellStart"/>
            <w:r w:rsidRPr="00941BD5">
              <w:rPr>
                <w:rFonts w:ascii="Calibri" w:hAnsi="Calibri"/>
                <w:sz w:val="14"/>
              </w:rPr>
              <w:t>Kararı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eki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"</w:t>
            </w:r>
            <w:proofErr w:type="spellStart"/>
            <w:r w:rsidRPr="00941BD5">
              <w:rPr>
                <w:rFonts w:ascii="Calibri" w:hAnsi="Calibri"/>
                <w:sz w:val="14"/>
              </w:rPr>
              <w:t>İlköğretim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Kurumları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(</w:t>
            </w:r>
            <w:proofErr w:type="spellStart"/>
            <w:r w:rsidRPr="00941BD5">
              <w:rPr>
                <w:rFonts w:ascii="Calibri" w:hAnsi="Calibri"/>
                <w:sz w:val="14"/>
              </w:rPr>
              <w:t>İlkokul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Ortaokul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) </w:t>
            </w:r>
            <w:proofErr w:type="spellStart"/>
            <w:r w:rsidRPr="00941BD5">
              <w:rPr>
                <w:rFonts w:ascii="Calibri" w:hAnsi="Calibri"/>
                <w:sz w:val="14"/>
              </w:rPr>
              <w:t>Haftalık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Ders Çizelgesi " </w:t>
            </w:r>
            <w:proofErr w:type="spellStart"/>
            <w:r w:rsidRPr="00941BD5">
              <w:rPr>
                <w:rFonts w:ascii="Calibri" w:hAnsi="Calibri"/>
                <w:sz w:val="14"/>
              </w:rPr>
              <w:t>esas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alınarak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hazırlanmıştır</w:t>
            </w:r>
            <w:proofErr w:type="spellEnd"/>
            <w:r w:rsidRPr="00941BD5">
              <w:rPr>
                <w:rFonts w:ascii="Calibri" w:hAnsi="Calibri"/>
                <w:sz w:val="14"/>
              </w:rPr>
              <w:t>.</w:t>
            </w:r>
            <w:r w:rsidRPr="00941BD5">
              <w:rPr>
                <w:rFonts w:ascii="Calibri" w:hAnsi="Calibri"/>
                <w:sz w:val="14"/>
              </w:rPr>
              <w:br/>
              <w:t xml:space="preserve">*Zümre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Öğretmenler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Kurulu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tarafından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ders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kapsamında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yapılması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kararlaştırılan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; </w:t>
            </w:r>
            <w:proofErr w:type="spellStart"/>
            <w:r w:rsidRPr="00941BD5">
              <w:rPr>
                <w:rFonts w:ascii="Calibri" w:hAnsi="Calibri"/>
                <w:sz w:val="14"/>
              </w:rPr>
              <w:t>okul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dışı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öğrenme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etkinlikleri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, </w:t>
            </w:r>
            <w:proofErr w:type="spellStart"/>
            <w:r w:rsidRPr="00941BD5">
              <w:rPr>
                <w:rFonts w:ascii="Calibri" w:hAnsi="Calibri"/>
                <w:sz w:val="14"/>
              </w:rPr>
              <w:t>araştırma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gözlem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, </w:t>
            </w:r>
            <w:proofErr w:type="spellStart"/>
            <w:r w:rsidRPr="00941BD5">
              <w:rPr>
                <w:rFonts w:ascii="Calibri" w:hAnsi="Calibri"/>
                <w:sz w:val="14"/>
              </w:rPr>
              <w:t>sosyal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etkinlikler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, </w:t>
            </w:r>
            <w:proofErr w:type="spellStart"/>
            <w:r w:rsidRPr="00941BD5">
              <w:rPr>
                <w:rFonts w:ascii="Calibri" w:hAnsi="Calibri"/>
                <w:sz w:val="14"/>
              </w:rPr>
              <w:t>proje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çalışmaları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, </w:t>
            </w:r>
            <w:proofErr w:type="spellStart"/>
            <w:r w:rsidRPr="00941BD5">
              <w:rPr>
                <w:rFonts w:ascii="Calibri" w:hAnsi="Calibri"/>
                <w:sz w:val="14"/>
              </w:rPr>
              <w:t>yerel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çalışmalar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, </w:t>
            </w:r>
            <w:proofErr w:type="spellStart"/>
            <w:r w:rsidRPr="00941BD5">
              <w:rPr>
                <w:rFonts w:ascii="Calibri" w:hAnsi="Calibri"/>
                <w:sz w:val="14"/>
              </w:rPr>
              <w:t>okuma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çalışmaları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vb. </w:t>
            </w:r>
            <w:proofErr w:type="spellStart"/>
            <w:r w:rsidRPr="00941BD5">
              <w:rPr>
                <w:rFonts w:ascii="Calibri" w:hAnsi="Calibri"/>
                <w:sz w:val="14"/>
              </w:rPr>
              <w:t>çalışmalar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için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ayrılan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süredir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. </w:t>
            </w:r>
            <w:proofErr w:type="spellStart"/>
            <w:r w:rsidRPr="00941BD5">
              <w:rPr>
                <w:rFonts w:ascii="Calibri" w:hAnsi="Calibri"/>
                <w:sz w:val="14"/>
              </w:rPr>
              <w:t>Çalışmalar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için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ayrılan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süre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eğitim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öğretim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</w:t>
            </w:r>
            <w:proofErr w:type="spellStart"/>
            <w:r w:rsidRPr="00941BD5">
              <w:rPr>
                <w:rFonts w:ascii="Calibri" w:hAnsi="Calibri"/>
                <w:sz w:val="14"/>
              </w:rPr>
              <w:t>yılı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içinde planlanır </w:t>
            </w:r>
            <w:proofErr w:type="spellStart"/>
            <w:r w:rsidRPr="00941BD5">
              <w:rPr>
                <w:rFonts w:ascii="Calibri" w:hAnsi="Calibri"/>
                <w:sz w:val="14"/>
              </w:rPr>
              <w:t>ve</w:t>
            </w:r>
            <w:proofErr w:type="spellEnd"/>
            <w:r w:rsidRPr="00941BD5">
              <w:rPr>
                <w:rFonts w:ascii="Calibri" w:hAnsi="Calibri"/>
                <w:sz w:val="14"/>
              </w:rPr>
              <w:t xml:space="preserve"> yıllık planlarda ifade edilir.</w:t>
            </w:r>
          </w:p>
        </w:tc>
      </w:tr>
      <w:tr w:rsidR="00941BD5" w:rsidRPr="00754CFB" w14:paraId="106B35FC" w14:textId="77777777" w:rsidTr="00941BD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jc w:val="center"/>
        </w:trPr>
        <w:tc>
          <w:tcPr>
            <w:tcW w:w="16119" w:type="dxa"/>
            <w:gridSpan w:val="21"/>
            <w:shd w:val="clear" w:color="auto" w:fill="FFFFFF" w:themeFill="background1"/>
            <w:tcMar>
              <w:top w:w="30" w:type="dxa"/>
              <w:left w:w="30" w:type="dxa"/>
              <w:bottom w:w="30" w:type="dxa"/>
              <w:right w:w="30" w:type="dxa"/>
            </w:tcMar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066"/>
            </w:tblGrid>
            <w:tr w:rsidR="00290883" w:rsidRPr="0078123B" w14:paraId="124298C5" w14:textId="77777777" w:rsidTr="00BC016F">
              <w:trPr>
                <w:jc w:val="center"/>
              </w:trPr>
              <w:tc>
                <w:tcPr>
                  <w:tcW w:w="16066" w:type="dxa"/>
                  <w:shd w:val="clear" w:color="auto" w:fill="FFFFFF" w:themeFill="background1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</w:tcPr>
                <w:p w14:paraId="73919EC0" w14:textId="77777777" w:rsidR="00290883" w:rsidRDefault="00290883" w:rsidP="00290883">
                  <w:pPr>
                    <w:pStyle w:val="AralkYok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</w:t>
                  </w:r>
                </w:p>
                <w:p w14:paraId="348413C0" w14:textId="77777777" w:rsidR="00290883" w:rsidRPr="007C4E0C" w:rsidRDefault="00290883" w:rsidP="00290883">
                  <w:pPr>
                    <w:pStyle w:val="AralkYok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</w:t>
                  </w:r>
                  <w:r w:rsidRPr="007C4E0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Adem DAĞLILAR                                               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</w:t>
                  </w:r>
                  <w:r w:rsidRPr="007C4E0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Ahmet TEKTAŞ                      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                                                </w:t>
                  </w:r>
                  <w:r w:rsidRPr="007C4E0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</w:t>
                  </w:r>
                  <w:r w:rsidRPr="007C4E0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Mevlana KARAKUŞ                                                                                                                                           </w:t>
                  </w:r>
                </w:p>
                <w:p w14:paraId="49F68B16" w14:textId="77777777" w:rsidR="00290883" w:rsidRPr="00E33EC4" w:rsidRDefault="00290883" w:rsidP="00290883">
                  <w:pPr>
                    <w:pStyle w:val="AralkYok"/>
                    <w:rPr>
                      <w:rFonts w:ascii="Calibri" w:hAnsi="Calibri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</w:t>
                  </w:r>
                  <w:r w:rsidRPr="007C4E0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Sosyal Bilgiler Öğretmeni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                                     </w:t>
                  </w:r>
                  <w:r w:rsidRPr="007C4E0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Sosyal Bilgiler Öğretmeni 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                                                                          </w:t>
                  </w:r>
                  <w:r w:rsidRPr="007C4E0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Sosyal Bilgiler Öğretmeni                                                                                                                                                              </w:t>
                  </w:r>
                </w:p>
              </w:tc>
            </w:tr>
          </w:tbl>
          <w:p w14:paraId="1FEB85E0" w14:textId="77777777" w:rsidR="00290883" w:rsidRDefault="00290883" w:rsidP="00290883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7BA0B8" w14:textId="77777777" w:rsidR="00290883" w:rsidRPr="007C4E0C" w:rsidRDefault="00290883" w:rsidP="00290883">
            <w:pPr>
              <w:pStyle w:val="AralkYok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D16B1E" w14:textId="77777777" w:rsidR="00290883" w:rsidRPr="007C4E0C" w:rsidRDefault="00290883" w:rsidP="00290883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4E0C">
              <w:rPr>
                <w:rFonts w:ascii="Times New Roman" w:hAnsi="Times New Roman" w:cs="Times New Roman"/>
                <w:sz w:val="20"/>
                <w:szCs w:val="20"/>
              </w:rPr>
              <w:t>UYGUNDUR</w:t>
            </w:r>
          </w:p>
          <w:p w14:paraId="2B072130" w14:textId="77777777" w:rsidR="00290883" w:rsidRDefault="00290883" w:rsidP="00290883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4E0C">
              <w:rPr>
                <w:rFonts w:ascii="Times New Roman" w:hAnsi="Times New Roman" w:cs="Times New Roman"/>
                <w:sz w:val="20"/>
                <w:szCs w:val="20"/>
              </w:rPr>
              <w:t>11.09.2027</w:t>
            </w:r>
          </w:p>
          <w:p w14:paraId="4B90E642" w14:textId="77777777" w:rsidR="00290883" w:rsidRPr="007C4E0C" w:rsidRDefault="00290883" w:rsidP="00290883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0DE582F" w14:textId="77777777" w:rsidR="00290883" w:rsidRPr="007C4E0C" w:rsidRDefault="00290883" w:rsidP="00290883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4E0C">
              <w:rPr>
                <w:rFonts w:ascii="Times New Roman" w:hAnsi="Times New Roman" w:cs="Times New Roman"/>
                <w:sz w:val="20"/>
                <w:szCs w:val="20"/>
              </w:rPr>
              <w:t>Mehmet FIRAT</w:t>
            </w:r>
          </w:p>
          <w:p w14:paraId="3CE9AD42" w14:textId="77777777" w:rsidR="00290883" w:rsidRPr="007C4E0C" w:rsidRDefault="00290883" w:rsidP="00290883">
            <w:pPr>
              <w:pStyle w:val="AralkYok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4E0C">
              <w:rPr>
                <w:rFonts w:ascii="Times New Roman" w:hAnsi="Times New Roman" w:cs="Times New Roman"/>
                <w:sz w:val="20"/>
                <w:szCs w:val="20"/>
              </w:rPr>
              <w:t>Okul Müdürü</w:t>
            </w:r>
          </w:p>
          <w:p w14:paraId="2CC804C1" w14:textId="5FA90E2C" w:rsidR="00941BD5" w:rsidRPr="00941BD5" w:rsidRDefault="00941BD5" w:rsidP="006C480D">
            <w:pPr>
              <w:pStyle w:val="AralkYok"/>
            </w:pPr>
          </w:p>
        </w:tc>
      </w:tr>
    </w:tbl>
    <w:p w14:paraId="7C02BE2A" w14:textId="77777777" w:rsidR="004342E2" w:rsidRPr="00754CFB" w:rsidRDefault="004342E2"/>
    <w:sectPr w:rsidR="004342E2" w:rsidRPr="00754CFB" w:rsidSect="00034616">
      <w:pgSz w:w="16834" w:h="11909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08986604">
    <w:abstractNumId w:val="8"/>
  </w:num>
  <w:num w:numId="2" w16cid:durableId="772433946">
    <w:abstractNumId w:val="6"/>
  </w:num>
  <w:num w:numId="3" w16cid:durableId="788743986">
    <w:abstractNumId w:val="5"/>
  </w:num>
  <w:num w:numId="4" w16cid:durableId="785077478">
    <w:abstractNumId w:val="4"/>
  </w:num>
  <w:num w:numId="5" w16cid:durableId="11148851">
    <w:abstractNumId w:val="7"/>
  </w:num>
  <w:num w:numId="6" w16cid:durableId="1146819645">
    <w:abstractNumId w:val="3"/>
  </w:num>
  <w:num w:numId="7" w16cid:durableId="105274962">
    <w:abstractNumId w:val="2"/>
  </w:num>
  <w:num w:numId="8" w16cid:durableId="1155756073">
    <w:abstractNumId w:val="1"/>
  </w:num>
  <w:num w:numId="9" w16cid:durableId="843521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7730"/>
    <w:rsid w:val="00034616"/>
    <w:rsid w:val="0006063C"/>
    <w:rsid w:val="00072616"/>
    <w:rsid w:val="00073E2D"/>
    <w:rsid w:val="000920F2"/>
    <w:rsid w:val="000D1601"/>
    <w:rsid w:val="000F38AD"/>
    <w:rsid w:val="001073F5"/>
    <w:rsid w:val="0015074B"/>
    <w:rsid w:val="001D269B"/>
    <w:rsid w:val="00290883"/>
    <w:rsid w:val="0029639D"/>
    <w:rsid w:val="002F1112"/>
    <w:rsid w:val="003020B8"/>
    <w:rsid w:val="0032069E"/>
    <w:rsid w:val="00326F90"/>
    <w:rsid w:val="00357EA0"/>
    <w:rsid w:val="003C3FDA"/>
    <w:rsid w:val="004342E2"/>
    <w:rsid w:val="005E0CA4"/>
    <w:rsid w:val="005E3FA6"/>
    <w:rsid w:val="005F53FC"/>
    <w:rsid w:val="00665A12"/>
    <w:rsid w:val="00695030"/>
    <w:rsid w:val="006C480D"/>
    <w:rsid w:val="006E044F"/>
    <w:rsid w:val="00754CFB"/>
    <w:rsid w:val="00785B26"/>
    <w:rsid w:val="008819CB"/>
    <w:rsid w:val="00882B42"/>
    <w:rsid w:val="008B15C5"/>
    <w:rsid w:val="008E414D"/>
    <w:rsid w:val="00907E41"/>
    <w:rsid w:val="00941BD5"/>
    <w:rsid w:val="0096428B"/>
    <w:rsid w:val="0098307C"/>
    <w:rsid w:val="009C46C1"/>
    <w:rsid w:val="00A3371E"/>
    <w:rsid w:val="00A438D4"/>
    <w:rsid w:val="00A52FC0"/>
    <w:rsid w:val="00A76130"/>
    <w:rsid w:val="00AA1D8D"/>
    <w:rsid w:val="00AE73FD"/>
    <w:rsid w:val="00B47730"/>
    <w:rsid w:val="00C30C87"/>
    <w:rsid w:val="00CB0664"/>
    <w:rsid w:val="00D248C3"/>
    <w:rsid w:val="00D82363"/>
    <w:rsid w:val="00D93622"/>
    <w:rsid w:val="00D963C3"/>
    <w:rsid w:val="00DB7657"/>
    <w:rsid w:val="00DD09BE"/>
    <w:rsid w:val="00DD3645"/>
    <w:rsid w:val="00DF723A"/>
    <w:rsid w:val="00EC1413"/>
    <w:rsid w:val="00F159F1"/>
    <w:rsid w:val="00F85324"/>
    <w:rsid w:val="00F96C52"/>
    <w:rsid w:val="00FA027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DBF201"/>
  <w15:docId w15:val="{52525458-22B1-44D4-9C2E-1C40A0138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kGlgeleme1">
    <w:name w:val="Açık Gölgeleme1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AkGlgeleme-Vurgu11">
    <w:name w:val="Açık Gölgeleme - Vurgu 1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AkListe1">
    <w:name w:val="Açık Liste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AkListe-Vurgu11">
    <w:name w:val="Açık Liste - Vurgu 1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AkKlavuz1">
    <w:name w:val="Açık Kılavuz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AkKlavuz-Vurgu11">
    <w:name w:val="Açık Kılavuz - Vurgu 1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OrtaGlgeleme11">
    <w:name w:val="Orta Gölgeleme 1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OrtaGlgeleme1-Vurgu11">
    <w:name w:val="Orta Gölgeleme 1 - Vurgu 1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OrtaGlgeleme21">
    <w:name w:val="Orta Gölgeleme 2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OrtaGlgeleme2-Vurgu11">
    <w:name w:val="Orta Gölgeleme 2 - Vurgu 1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OrtaListe11">
    <w:name w:val="Orta Liste 1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OrtaListe1-Vurgu11">
    <w:name w:val="Orta Liste 1 - Vurgu 1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OrtaListe21">
    <w:name w:val="Orta Liste 2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OrtaKlavuz11">
    <w:name w:val="Orta Kılavuz 1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OrtaKlavuz21">
    <w:name w:val="Orta Kılavuz 2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OrtaKlavuz31">
    <w:name w:val="Orta Kılavuz 3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KoyuListe1">
    <w:name w:val="Koyu Liste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RenkliGlgeleme1">
    <w:name w:val="Renkli Gölgeleme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RenkliListe1">
    <w:name w:val="Renkli Liste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RenkliKlavuz1">
    <w:name w:val="Renkli Kılavuz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FD4B1D-FE2D-480A-8283-23C89CF7F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5398</Words>
  <Characters>30773</Characters>
  <Application>Microsoft Office Word</Application>
  <DocSecurity>0</DocSecurity>
  <Lines>256</Lines>
  <Paragraphs>72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www.sosyalbilimciler.com</vt:lpstr>
      <vt:lpstr/>
    </vt:vector>
  </TitlesOfParts>
  <Manager>www.sosyalbilimciler.com</Manager>
  <Company>www.sosyalbilimciler.com</Company>
  <LinksUpToDate>false</LinksUpToDate>
  <CharactersWithSpaces>36099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www.sosyalbilimciler.com</dc:title>
  <dc:subject>www.sosyalbilimciler.com</dc:subject>
  <dc:creator>www.sosyalbilimciler.com</dc:creator>
  <cp:keywords>www.sosyalbilimciler.com</cp:keywords>
  <dc:description>www.sosyalbilimciler.com</dc:description>
  <cp:lastModifiedBy>Mirsat</cp:lastModifiedBy>
  <cp:revision>3</cp:revision>
  <dcterms:created xsi:type="dcterms:W3CDTF">2026-09-10T17:07:00Z</dcterms:created>
  <dcterms:modified xsi:type="dcterms:W3CDTF">2026-09-16T05:53:00Z</dcterms:modified>
  <cp:category>www.sosyalbilimciler.com</cp:category>
</cp:coreProperties>
</file>